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E996" w14:textId="77777777" w:rsidR="00790178" w:rsidRDefault="00DE5C48">
      <w:pPr>
        <w:spacing w:after="40"/>
      </w:pPr>
      <w:r>
        <w:rPr>
          <w:b/>
          <w:sz w:val="30"/>
        </w:rPr>
        <w:t>WHSMP10-FOR-01: Change Management</w:t>
      </w:r>
      <w:r>
        <w:rPr>
          <w:b/>
          <w:sz w:val="30"/>
        </w:rPr>
        <w:br/>
        <w:t>Assessment and Approval Form</w:t>
      </w:r>
    </w:p>
    <w:p w14:paraId="0DC2C3D6" w14:textId="77777777" w:rsidR="00790178" w:rsidRDefault="00DE5C48">
      <w:pPr>
        <w:spacing w:after="60"/>
      </w:pPr>
      <w:r>
        <w:rPr>
          <w:sz w:val="16"/>
        </w:rPr>
        <w:t xml:space="preserve">Use this form for a proposed temporary or permanent change that may affect WHS. This form addresses WHS management of change only. It does not replace any applicable Enterprise </w:t>
      </w:r>
      <w:r>
        <w:rPr>
          <w:sz w:val="16"/>
        </w:rPr>
        <w:t>Agreement or industrial consultation process.</w:t>
      </w:r>
    </w:p>
    <w:p w14:paraId="03DFAB65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1. CHANGE DETAILS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767"/>
      </w:tblGrid>
      <w:tr w:rsidR="00790178" w14:paraId="599C79B7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EF7D4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Change title / reference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64FB3" w14:textId="77777777" w:rsidR="00790178" w:rsidRDefault="00DE5C48">
            <w:sdt>
              <w:sdtPr>
                <w:alias w:val="CHANGE_TITLE"/>
                <w:tag w:val="CHANGE_TITLE"/>
                <w:id w:val="834454755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1EF2A0E5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64CB3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Work Unit / area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96C76" w14:textId="77777777" w:rsidR="00790178" w:rsidRDefault="00DE5C48">
            <w:sdt>
              <w:sdtPr>
                <w:alias w:val="WORK_UNIT"/>
                <w:tag w:val="WORK_UNIT"/>
                <w:id w:val="1564310120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0F49BA37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3233E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Site / location / activity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BE840" w14:textId="77777777" w:rsidR="00790178" w:rsidRDefault="00DE5C48">
            <w:sdt>
              <w:sdtPr>
                <w:alias w:val="SITE_LOCATION"/>
                <w:tag w:val="SITE_LOCATION"/>
                <w:id w:val="22593741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0EA58418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99717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Change owner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A60F4B" w14:textId="77777777" w:rsidR="00790178" w:rsidRDefault="00DE5C48">
            <w:sdt>
              <w:sdtPr>
                <w:alias w:val="CHANGE_OWNER"/>
                <w:tag w:val="CHANGE_OWNER"/>
                <w:id w:val="1520664470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43930DE2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C94A02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Change initiator (if different)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291EE6" w14:textId="77777777" w:rsidR="00790178" w:rsidRDefault="00DE5C48">
            <w:sdt>
              <w:sdtPr>
                <w:alias w:val="CHANGE_INITIATOR"/>
                <w:tag w:val="CHANGE_INITIATOR"/>
                <w:id w:val="619209398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6C6DA850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887702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Proposed implementation date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A74BF" w14:textId="77777777" w:rsidR="00790178" w:rsidRDefault="00DE5C48">
            <w:sdt>
              <w:sdtPr>
                <w:alias w:val="IMPLEMENT_DATE"/>
                <w:tag w:val="IMPLEMENT_DATE"/>
                <w:id w:val="894073337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4E18BB7C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EF89A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Reason for change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40962" w14:textId="77777777" w:rsidR="00790178" w:rsidRDefault="00DE5C48">
            <w:sdt>
              <w:sdtPr>
                <w:alias w:val="REASON_CHANGE"/>
                <w:tag w:val="REASON_CHANGE"/>
                <w:id w:val="385179357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6EA94881" w14:textId="77777777">
        <w:trPr>
          <w:cantSplit/>
          <w:trHeight w:val="357"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DD5772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Relevant resource / cost considerations</w:t>
            </w:r>
          </w:p>
        </w:tc>
        <w:tc>
          <w:tcPr>
            <w:tcW w:w="77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06A42" w14:textId="77777777" w:rsidR="00790178" w:rsidRDefault="00DE5C48">
            <w:sdt>
              <w:sdtPr>
                <w:alias w:val="RESOURCE_COST"/>
                <w:tag w:val="RESOURCE_COST"/>
                <w:id w:val="1139386448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</w:tbl>
    <w:p w14:paraId="6F4F7798" w14:textId="77777777" w:rsidR="00790178" w:rsidRDefault="00DE5C48">
      <w:pPr>
        <w:spacing w:after="40"/>
      </w:pPr>
      <w:r>
        <w:rPr>
          <w:b/>
          <w:sz w:val="16"/>
        </w:rPr>
        <w:t xml:space="preserve">Change duration:  </w:t>
      </w:r>
      <w:sdt>
        <w:sdtPr>
          <w:alias w:val="DURATION_PERMANENT"/>
          <w:tag w:val="DURATION_PERMANENT"/>
          <w:id w:val="471301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Permanent</w:t>
      </w:r>
      <w:r>
        <w:t xml:space="preserve">     </w:t>
      </w:r>
      <w:sdt>
        <w:sdtPr>
          <w:alias w:val="DURATION_TEMPORARY"/>
          <w:tag w:val="DURATION_TEMPORARY"/>
          <w:id w:val="1611096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Temporary</w:t>
      </w:r>
      <w:r>
        <w:t xml:space="preserve">     Temporary expiry / review date: </w:t>
      </w:r>
      <w:sdt>
        <w:sdtPr>
          <w:alias w:val="TEMP_EXPIRY"/>
          <w:tag w:val="TEMP_EXPIRY"/>
          <w:id w:val="1698884032"/>
          <w:showingPlcHdr/>
          <w:text/>
        </w:sdtPr>
        <w:sdtEndPr/>
        <w:sdtContent>
          <w:r>
            <w:rPr>
              <w:i/>
              <w:color w:val="808080"/>
            </w:rPr>
            <w:t>Click or tap to enter date</w:t>
          </w:r>
        </w:sdtContent>
      </w:sdt>
    </w:p>
    <w:p w14:paraId="56ABF070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2. INDUSTRIAL / ENTERPRISE AGREEMENT GATEWAY</w:t>
      </w:r>
    </w:p>
    <w:p w14:paraId="1D33DA06" w14:textId="77777777" w:rsidR="00790178" w:rsidRDefault="00DE5C48">
      <w:pPr>
        <w:spacing w:after="40"/>
      </w:pPr>
      <w:r>
        <w:rPr>
          <w:b/>
          <w:sz w:val="16"/>
        </w:rPr>
        <w:t xml:space="preserve">Does the proposed change involve organisational structure, staffing profile, job restructuring, redundancy, employee </w:t>
      </w:r>
      <w:r>
        <w:rPr>
          <w:b/>
          <w:sz w:val="16"/>
        </w:rPr>
        <w:t>relocation, regular rosters or ordinary hours of work?</w:t>
      </w:r>
    </w:p>
    <w:p w14:paraId="693FC9C8" w14:textId="77777777" w:rsidR="00790178" w:rsidRDefault="00DE5C48">
      <w:pPr>
        <w:spacing w:after="20"/>
      </w:pPr>
      <w:sdt>
        <w:sdtPr>
          <w:alias w:val="EA_GATEWAY_NO"/>
          <w:tag w:val="EA_GATEWAY_NO"/>
          <w:id w:val="471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No</w:t>
      </w:r>
      <w:r>
        <w:t xml:space="preserve">     </w:t>
      </w:r>
      <w:sdt>
        <w:sdtPr>
          <w:alias w:val="EA_GATEWAY_YES"/>
          <w:tag w:val="EA_GATEWAY_YES"/>
          <w:id w:val="723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Yes</w:t>
      </w:r>
    </w:p>
    <w:p w14:paraId="4F2CE0F0" w14:textId="77777777" w:rsidR="00790178" w:rsidRDefault="00DE5C48">
      <w:pPr>
        <w:spacing w:after="60"/>
      </w:pPr>
      <w:r>
        <w:rPr>
          <w:i/>
          <w:sz w:val="15"/>
        </w:rPr>
        <w:t>If Yes: follow the applicable Enterprise Agreement / industrial consultation process separately. Continue this form only to assess and manage the WHS impacts of the change.</w:t>
      </w:r>
    </w:p>
    <w:p w14:paraId="07BE2484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3. CHANGE</w:t>
      </w:r>
      <w:r>
        <w:rPr>
          <w:b/>
          <w:color w:val="FFFFFF"/>
          <w:sz w:val="18"/>
        </w:rPr>
        <w:t xml:space="preserve"> TYPE - TICK ALL THAT APPLY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974"/>
        <w:gridCol w:w="850"/>
      </w:tblGrid>
      <w:tr w:rsidR="00790178" w14:paraId="71C7A7CA" w14:textId="77777777">
        <w:trPr>
          <w:tblHeader/>
          <w:jc w:val="center"/>
        </w:trPr>
        <w:tc>
          <w:tcPr>
            <w:tcW w:w="2835" w:type="dxa"/>
            <w:shd w:val="clear" w:color="auto" w:fill="565656"/>
          </w:tcPr>
          <w:p w14:paraId="248BA0D0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Type of change</w:t>
            </w:r>
          </w:p>
        </w:tc>
        <w:tc>
          <w:tcPr>
            <w:tcW w:w="6974" w:type="dxa"/>
            <w:shd w:val="clear" w:color="auto" w:fill="565656"/>
          </w:tcPr>
          <w:p w14:paraId="1BA522A2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Examples</w:t>
            </w:r>
          </w:p>
        </w:tc>
        <w:tc>
          <w:tcPr>
            <w:tcW w:w="850" w:type="dxa"/>
            <w:shd w:val="clear" w:color="auto" w:fill="565656"/>
          </w:tcPr>
          <w:p w14:paraId="292E56E0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Tick</w:t>
            </w:r>
          </w:p>
        </w:tc>
      </w:tr>
      <w:tr w:rsidR="00790178" w14:paraId="3421037B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7CD71D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Plant, equipment or technology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552836" w14:textId="77777777" w:rsidR="00790178" w:rsidRDefault="00DE5C48">
            <w:pPr>
              <w:spacing w:after="0"/>
            </w:pPr>
            <w:r>
              <w:rPr>
                <w:sz w:val="14"/>
              </w:rPr>
              <w:t>New/modified plant, guarding, controls, isolation, automation, software or operating parameters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F46DB1" w14:textId="77777777" w:rsidR="00790178" w:rsidRDefault="00DE5C48">
            <w:pPr>
              <w:jc w:val="center"/>
            </w:pPr>
            <w:sdt>
              <w:sdtPr>
                <w:alias w:val="CHANGE_TYPE_1"/>
                <w:tag w:val="CHANGE_TYPE_1"/>
                <w:id w:val="56153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1CB429E2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8F59E6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Workplace, facility or infrastructure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78D30E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Laboratories, </w:t>
            </w:r>
            <w:r>
              <w:rPr>
                <w:sz w:val="14"/>
              </w:rPr>
              <w:t>workshops, layout, building works, access/egress, ventilation, services or utilities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5755C" w14:textId="77777777" w:rsidR="00790178" w:rsidRDefault="00DE5C48">
            <w:pPr>
              <w:jc w:val="center"/>
            </w:pPr>
            <w:sdt>
              <w:sdtPr>
                <w:alias w:val="CHANGE_TYPE_2"/>
                <w:tag w:val="CHANGE_TYPE_2"/>
                <w:id w:val="50859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73949779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B78676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Process or work method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AE4206" w14:textId="77777777" w:rsidR="00790178" w:rsidRDefault="00DE5C48">
            <w:pPr>
              <w:spacing w:after="0"/>
            </w:pPr>
            <w:r>
              <w:rPr>
                <w:sz w:val="14"/>
              </w:rPr>
              <w:t>New activity, procedure, work sequence, research method, maintenance or testing method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279BE5" w14:textId="77777777" w:rsidR="00790178" w:rsidRDefault="00DE5C48">
            <w:pPr>
              <w:jc w:val="center"/>
            </w:pPr>
            <w:sdt>
              <w:sdtPr>
                <w:alias w:val="CHANGE_TYPE_3"/>
                <w:tag w:val="CHANGE_TYPE_3"/>
                <w:id w:val="21739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59D63122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403C1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Materials or substances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90D443" w14:textId="77777777" w:rsidR="00790178" w:rsidRDefault="00DE5C48">
            <w:pPr>
              <w:spacing w:after="0"/>
            </w:pPr>
            <w:r>
              <w:rPr>
                <w:sz w:val="14"/>
              </w:rPr>
              <w:t>Introduction/substitution</w:t>
            </w:r>
            <w:r>
              <w:rPr>
                <w:sz w:val="14"/>
              </w:rPr>
              <w:t>/change in hazardous chemicals, biological material, gases or other hazardous material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2BDD51" w14:textId="77777777" w:rsidR="00790178" w:rsidRDefault="00DE5C48">
            <w:pPr>
              <w:jc w:val="center"/>
            </w:pPr>
            <w:sdt>
              <w:sdtPr>
                <w:alias w:val="CHANGE_TYPE_4"/>
                <w:tag w:val="CHANGE_TYPE_4"/>
                <w:id w:val="106512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2BDBCA29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7D4D9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WHS-related operational arrangements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D4719" w14:textId="77777777" w:rsidR="00790178" w:rsidRDefault="00DE5C48">
            <w:pPr>
              <w:spacing w:after="0"/>
            </w:pPr>
            <w:r>
              <w:rPr>
                <w:sz w:val="14"/>
              </w:rPr>
              <w:t>Supervision for hazardous work, competency, task allocation/sequencing, lone or isolated work, emergency coverage or fatigue-r</w:t>
            </w:r>
            <w:r>
              <w:rPr>
                <w:sz w:val="14"/>
              </w:rPr>
              <w:t>elated arrangements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3D61BF" w14:textId="77777777" w:rsidR="00790178" w:rsidRDefault="00DE5C48">
            <w:pPr>
              <w:jc w:val="center"/>
            </w:pPr>
            <w:sdt>
              <w:sdtPr>
                <w:alias w:val="CHANGE_TYPE_5"/>
                <w:tag w:val="CHANGE_TYPE_5"/>
                <w:id w:val="132260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0FB18269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73E6B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WHS systems and controls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525934" w14:textId="77777777" w:rsidR="00790178" w:rsidRDefault="00DE5C48">
            <w:pPr>
              <w:spacing w:after="0"/>
            </w:pPr>
            <w:r>
              <w:rPr>
                <w:sz w:val="14"/>
              </w:rPr>
              <w:t>Risk controls, critical controls, WHSMS procedures, HRPs, permits or emergency arrangements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4DA90" w14:textId="77777777" w:rsidR="00790178" w:rsidRDefault="00DE5C48">
            <w:pPr>
              <w:jc w:val="center"/>
            </w:pPr>
            <w:sdt>
              <w:sdtPr>
                <w:alias w:val="CHANGE_TYPE_6"/>
                <w:tag w:val="CHANGE_TYPE_6"/>
                <w:id w:val="78203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60B9C20B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E49D2F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Legal or other requirements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6EDFE8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Legislation, Codes, standards, licences, regulator or other </w:t>
            </w:r>
            <w:r>
              <w:rPr>
                <w:sz w:val="14"/>
              </w:rPr>
              <w:t>applicable obligations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9073DE" w14:textId="77777777" w:rsidR="00790178" w:rsidRDefault="00DE5C48">
            <w:pPr>
              <w:jc w:val="center"/>
            </w:pPr>
            <w:sdt>
              <w:sdtPr>
                <w:alias w:val="CHANGE_TYPE_7"/>
                <w:tag w:val="CHANGE_TYPE_7"/>
                <w:id w:val="198563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4A60074A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561B41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Contractor / supplier / interface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605EBB" w14:textId="77777777" w:rsidR="00790178" w:rsidRDefault="00DE5C48">
            <w:pPr>
              <w:spacing w:after="0"/>
            </w:pPr>
            <w:r>
              <w:rPr>
                <w:sz w:val="14"/>
              </w:rPr>
              <w:t>Contractors, suppliers, service delivery, shared workplaces or interface responsibilities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1F2F22" w14:textId="77777777" w:rsidR="00790178" w:rsidRDefault="00DE5C48">
            <w:pPr>
              <w:jc w:val="center"/>
            </w:pPr>
            <w:sdt>
              <w:sdtPr>
                <w:alias w:val="CHANGE_TYPE_8"/>
                <w:tag w:val="CHANGE_TYPE_8"/>
                <w:id w:val="133761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0B06D10A" w14:textId="77777777">
        <w:trPr>
          <w:cantSplit/>
          <w:trHeight w:val="408"/>
          <w:jc w:val="center"/>
        </w:trPr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0476DA" w14:textId="77777777" w:rsidR="00790178" w:rsidRDefault="00DE5C48">
            <w:pPr>
              <w:spacing w:after="0"/>
            </w:pPr>
            <w:r>
              <w:rPr>
                <w:b/>
                <w:sz w:val="14"/>
              </w:rPr>
              <w:t>Temporary or emergency change</w:t>
            </w:r>
          </w:p>
        </w:tc>
        <w:tc>
          <w:tcPr>
            <w:tcW w:w="697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50624A" w14:textId="77777777" w:rsidR="00790178" w:rsidRDefault="00DE5C48">
            <w:pPr>
              <w:spacing w:after="0"/>
            </w:pPr>
            <w:r>
              <w:rPr>
                <w:sz w:val="14"/>
              </w:rPr>
              <w:t>Temporary equipment, interim control, temporary work method/facilit</w:t>
            </w:r>
            <w:r>
              <w:rPr>
                <w:sz w:val="14"/>
              </w:rPr>
              <w:t>y, urgent or unplanned change</w:t>
            </w: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D7633C" w14:textId="77777777" w:rsidR="00790178" w:rsidRDefault="00DE5C48">
            <w:pPr>
              <w:jc w:val="center"/>
            </w:pPr>
            <w:sdt>
              <w:sdtPr>
                <w:alias w:val="CHANGE_TYPE_9"/>
                <w:tag w:val="CHANGE_TYPE_9"/>
                <w:id w:val="83041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</w:tbl>
    <w:p w14:paraId="1F8E27C1" w14:textId="77777777" w:rsidR="00790178" w:rsidRDefault="00DE5C48">
      <w:r>
        <w:br w:type="page"/>
      </w:r>
    </w:p>
    <w:p w14:paraId="2B97D6A7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lastRenderedPageBreak/>
        <w:t>4. WHS CHANGE SCREENING</w:t>
      </w:r>
    </w:p>
    <w:p w14:paraId="7B129FB4" w14:textId="77777777" w:rsidR="00790178" w:rsidRDefault="00DE5C48">
      <w:pPr>
        <w:spacing w:after="60"/>
      </w:pPr>
      <w:r>
        <w:rPr>
          <w:sz w:val="15"/>
        </w:rPr>
        <w:t xml:space="preserve">Tick Yes / No / N/A. If any Yes applies, complete the full assessment. If all are No/N/A and the change remains within established approved boundaries, the Change Owner may record that </w:t>
      </w:r>
      <w:r>
        <w:rPr>
          <w:sz w:val="15"/>
        </w:rPr>
        <w:t>formal MOC is not required, subject to approval below.</w:t>
      </w:r>
    </w:p>
    <w:tbl>
      <w:tblPr>
        <w:tblW w:w="1059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627"/>
        <w:gridCol w:w="691"/>
        <w:gridCol w:w="708"/>
        <w:gridCol w:w="567"/>
      </w:tblGrid>
      <w:tr w:rsidR="00790178" w14:paraId="4558FA44" w14:textId="77777777" w:rsidTr="00D46332">
        <w:trPr>
          <w:tblHeader/>
          <w:jc w:val="center"/>
        </w:trPr>
        <w:tc>
          <w:tcPr>
            <w:tcW w:w="8627" w:type="dxa"/>
            <w:shd w:val="clear" w:color="auto" w:fill="565656"/>
          </w:tcPr>
          <w:p w14:paraId="1485B0D5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Screening question</w:t>
            </w:r>
          </w:p>
        </w:tc>
        <w:tc>
          <w:tcPr>
            <w:tcW w:w="691" w:type="dxa"/>
            <w:shd w:val="clear" w:color="auto" w:fill="565656"/>
          </w:tcPr>
          <w:p w14:paraId="67DD9958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Yes</w:t>
            </w:r>
          </w:p>
        </w:tc>
        <w:tc>
          <w:tcPr>
            <w:tcW w:w="708" w:type="dxa"/>
            <w:shd w:val="clear" w:color="auto" w:fill="565656"/>
          </w:tcPr>
          <w:p w14:paraId="3B50A720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w="567" w:type="dxa"/>
            <w:shd w:val="clear" w:color="auto" w:fill="565656"/>
          </w:tcPr>
          <w:p w14:paraId="20284E85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N/A</w:t>
            </w:r>
          </w:p>
        </w:tc>
      </w:tr>
      <w:tr w:rsidR="00790178" w14:paraId="34941E08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0185D428" w14:textId="77777777" w:rsidR="00790178" w:rsidRDefault="00DE5C48">
            <w:pPr>
              <w:spacing w:after="0"/>
            </w:pPr>
            <w:r>
              <w:rPr>
                <w:sz w:val="15"/>
              </w:rPr>
              <w:t>May the change introduce a new WHS hazard or materially alter an existing hazard or risk?</w:t>
            </w:r>
          </w:p>
        </w:tc>
        <w:tc>
          <w:tcPr>
            <w:tcW w:w="691" w:type="dxa"/>
          </w:tcPr>
          <w:p w14:paraId="0628A0A8" w14:textId="77777777" w:rsidR="00790178" w:rsidRDefault="00DE5C48">
            <w:pPr>
              <w:jc w:val="center"/>
            </w:pPr>
            <w:sdt>
              <w:sdtPr>
                <w:alias w:val="SCREEN_1_Y"/>
                <w:tag w:val="SCREEN_1_Y"/>
                <w:id w:val="180083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5FA80141" w14:textId="77777777" w:rsidR="00790178" w:rsidRDefault="00DE5C48">
            <w:pPr>
              <w:jc w:val="center"/>
            </w:pPr>
            <w:sdt>
              <w:sdtPr>
                <w:alias w:val="SCREEN_1_N"/>
                <w:tag w:val="SCREEN_1_N"/>
                <w:id w:val="157117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4B45171A" w14:textId="77777777" w:rsidR="00790178" w:rsidRDefault="00DE5C48">
            <w:pPr>
              <w:jc w:val="center"/>
            </w:pPr>
            <w:sdt>
              <w:sdtPr>
                <w:alias w:val="SCREEN_1_NA"/>
                <w:tag w:val="SCREEN_1_NA"/>
                <w:id w:val="34782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585CF7E8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3150EDBA" w14:textId="77777777" w:rsidR="00790178" w:rsidRDefault="00DE5C48" w:rsidP="00D46332">
            <w:pPr>
              <w:spacing w:after="0"/>
              <w:ind w:right="171"/>
            </w:pPr>
            <w:r>
              <w:rPr>
                <w:sz w:val="15"/>
              </w:rPr>
              <w:t xml:space="preserve">May the change alter an existing control or reduce the </w:t>
            </w:r>
            <w:r>
              <w:rPr>
                <w:sz w:val="15"/>
              </w:rPr>
              <w:t>effectiveness/reliability of a control?</w:t>
            </w:r>
          </w:p>
        </w:tc>
        <w:tc>
          <w:tcPr>
            <w:tcW w:w="691" w:type="dxa"/>
          </w:tcPr>
          <w:p w14:paraId="08BCC3BA" w14:textId="77777777" w:rsidR="00790178" w:rsidRDefault="00DE5C48">
            <w:pPr>
              <w:jc w:val="center"/>
            </w:pPr>
            <w:sdt>
              <w:sdtPr>
                <w:alias w:val="SCREEN_2_Y"/>
                <w:tag w:val="SCREEN_2_Y"/>
                <w:id w:val="42916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4CAD712A" w14:textId="77777777" w:rsidR="00790178" w:rsidRDefault="00DE5C48">
            <w:pPr>
              <w:jc w:val="center"/>
            </w:pPr>
            <w:sdt>
              <w:sdtPr>
                <w:alias w:val="SCREEN_2_N"/>
                <w:tag w:val="SCREEN_2_N"/>
                <w:id w:val="184031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34DB33BF" w14:textId="77777777" w:rsidR="00790178" w:rsidRDefault="00DE5C48">
            <w:pPr>
              <w:jc w:val="center"/>
            </w:pPr>
            <w:sdt>
              <w:sdtPr>
                <w:alias w:val="SCREEN_2_NA"/>
                <w:tag w:val="SCREEN_2_NA"/>
                <w:id w:val="159570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766C8C4C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019F711A" w14:textId="77777777" w:rsidR="00790178" w:rsidRDefault="00DE5C48">
            <w:pPr>
              <w:spacing w:after="0"/>
            </w:pPr>
            <w:r>
              <w:rPr>
                <w:sz w:val="15"/>
              </w:rPr>
              <w:t>May a Critical Risk or applicable critical control be affected?</w:t>
            </w:r>
          </w:p>
        </w:tc>
        <w:tc>
          <w:tcPr>
            <w:tcW w:w="691" w:type="dxa"/>
          </w:tcPr>
          <w:p w14:paraId="5CC2A28C" w14:textId="77777777" w:rsidR="00790178" w:rsidRDefault="00DE5C48">
            <w:pPr>
              <w:jc w:val="center"/>
            </w:pPr>
            <w:sdt>
              <w:sdtPr>
                <w:alias w:val="SCREEN_3_Y"/>
                <w:tag w:val="SCREEN_3_Y"/>
                <w:id w:val="101015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31E2C63A" w14:textId="77777777" w:rsidR="00790178" w:rsidRDefault="00DE5C48">
            <w:pPr>
              <w:jc w:val="center"/>
            </w:pPr>
            <w:sdt>
              <w:sdtPr>
                <w:alias w:val="SCREEN_3_N"/>
                <w:tag w:val="SCREEN_3_N"/>
                <w:id w:val="43388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63DB7D8E" w14:textId="77777777" w:rsidR="00790178" w:rsidRDefault="00DE5C48">
            <w:pPr>
              <w:jc w:val="center"/>
            </w:pPr>
            <w:sdt>
              <w:sdtPr>
                <w:alias w:val="SCREEN_3_NA"/>
                <w:tag w:val="SCREEN_3_NA"/>
                <w:id w:val="71958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0DDF00DB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3D4F2609" w14:textId="77777777" w:rsidR="00790178" w:rsidRDefault="00DE5C48">
            <w:pPr>
              <w:spacing w:after="0"/>
            </w:pPr>
            <w:r>
              <w:rPr>
                <w:sz w:val="15"/>
              </w:rPr>
              <w:t>May a legal, regulatory, licence, Code, standard or other requirement be affected?</w:t>
            </w:r>
          </w:p>
        </w:tc>
        <w:tc>
          <w:tcPr>
            <w:tcW w:w="691" w:type="dxa"/>
          </w:tcPr>
          <w:p w14:paraId="20730CCD" w14:textId="77777777" w:rsidR="00790178" w:rsidRDefault="00DE5C48">
            <w:pPr>
              <w:jc w:val="center"/>
            </w:pPr>
            <w:sdt>
              <w:sdtPr>
                <w:alias w:val="SCREEN_4_Y"/>
                <w:tag w:val="SCREEN_4_Y"/>
                <w:id w:val="18494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78BECCAA" w14:textId="77777777" w:rsidR="00790178" w:rsidRDefault="00DE5C48">
            <w:pPr>
              <w:jc w:val="center"/>
            </w:pPr>
            <w:sdt>
              <w:sdtPr>
                <w:alias w:val="SCREEN_4_N"/>
                <w:tag w:val="SCREEN_4_N"/>
                <w:id w:val="49440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4ABE9ECD" w14:textId="77777777" w:rsidR="00790178" w:rsidRDefault="00DE5C48">
            <w:pPr>
              <w:jc w:val="center"/>
            </w:pPr>
            <w:sdt>
              <w:sdtPr>
                <w:alias w:val="SCREEN_4_NA"/>
                <w:tag w:val="SCREEN_4_NA"/>
                <w:id w:val="193965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470C6267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3F3097FE" w14:textId="77777777" w:rsidR="00790178" w:rsidRDefault="00DE5C48">
            <w:pPr>
              <w:spacing w:after="0"/>
            </w:pPr>
            <w:r>
              <w:rPr>
                <w:sz w:val="15"/>
              </w:rPr>
              <w:t>May emergency, rescue</w:t>
            </w:r>
            <w:r>
              <w:rPr>
                <w:sz w:val="15"/>
              </w:rPr>
              <w:t>, evacuation or first aid arrangements be affected?</w:t>
            </w:r>
          </w:p>
        </w:tc>
        <w:tc>
          <w:tcPr>
            <w:tcW w:w="691" w:type="dxa"/>
          </w:tcPr>
          <w:p w14:paraId="4643BB39" w14:textId="77777777" w:rsidR="00790178" w:rsidRDefault="00DE5C48">
            <w:pPr>
              <w:jc w:val="center"/>
            </w:pPr>
            <w:sdt>
              <w:sdtPr>
                <w:alias w:val="SCREEN_5_Y"/>
                <w:tag w:val="SCREEN_5_Y"/>
                <w:id w:val="83831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2F724C48" w14:textId="77777777" w:rsidR="00790178" w:rsidRDefault="00DE5C48">
            <w:pPr>
              <w:jc w:val="center"/>
            </w:pPr>
            <w:sdt>
              <w:sdtPr>
                <w:alias w:val="SCREEN_5_N"/>
                <w:tag w:val="SCREEN_5_N"/>
                <w:id w:val="85361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4EE52013" w14:textId="77777777" w:rsidR="00790178" w:rsidRDefault="00DE5C48">
            <w:pPr>
              <w:jc w:val="center"/>
            </w:pPr>
            <w:sdt>
              <w:sdtPr>
                <w:alias w:val="SCREEN_5_NA"/>
                <w:tag w:val="SCREEN_5_NA"/>
                <w:id w:val="20402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4728B659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4127D9AB" w14:textId="77777777" w:rsidR="00790178" w:rsidRDefault="00DE5C48">
            <w:pPr>
              <w:spacing w:after="0"/>
            </w:pPr>
            <w:r>
              <w:rPr>
                <w:sz w:val="15"/>
              </w:rPr>
              <w:t>May training, competency, supervision or authorisation requirements change?</w:t>
            </w:r>
          </w:p>
        </w:tc>
        <w:tc>
          <w:tcPr>
            <w:tcW w:w="691" w:type="dxa"/>
          </w:tcPr>
          <w:p w14:paraId="30D63D34" w14:textId="77777777" w:rsidR="00790178" w:rsidRDefault="00DE5C48">
            <w:pPr>
              <w:jc w:val="center"/>
            </w:pPr>
            <w:sdt>
              <w:sdtPr>
                <w:alias w:val="SCREEN_6_Y"/>
                <w:tag w:val="SCREEN_6_Y"/>
                <w:id w:val="76505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25F6C3B1" w14:textId="77777777" w:rsidR="00790178" w:rsidRDefault="00DE5C48">
            <w:pPr>
              <w:jc w:val="center"/>
            </w:pPr>
            <w:sdt>
              <w:sdtPr>
                <w:alias w:val="SCREEN_6_N"/>
                <w:tag w:val="SCREEN_6_N"/>
                <w:id w:val="138877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06BE21F0" w14:textId="77777777" w:rsidR="00790178" w:rsidRDefault="00DE5C48">
            <w:pPr>
              <w:jc w:val="center"/>
            </w:pPr>
            <w:sdt>
              <w:sdtPr>
                <w:alias w:val="SCREEN_6_NA"/>
                <w:tag w:val="SCREEN_6_NA"/>
                <w:id w:val="95983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153DA8F2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7FE85D14" w14:textId="77777777" w:rsidR="00790178" w:rsidRDefault="00DE5C48">
            <w:pPr>
              <w:spacing w:after="0"/>
            </w:pPr>
            <w:r>
              <w:rPr>
                <w:sz w:val="15"/>
              </w:rPr>
              <w:t xml:space="preserve">May plant, equipment, infrastructure, materials, work methods or operational </w:t>
            </w:r>
            <w:r>
              <w:rPr>
                <w:sz w:val="15"/>
              </w:rPr>
              <w:t>interfaces change?</w:t>
            </w:r>
          </w:p>
        </w:tc>
        <w:tc>
          <w:tcPr>
            <w:tcW w:w="691" w:type="dxa"/>
          </w:tcPr>
          <w:p w14:paraId="1047C5EC" w14:textId="77777777" w:rsidR="00790178" w:rsidRDefault="00DE5C48">
            <w:pPr>
              <w:jc w:val="center"/>
            </w:pPr>
            <w:sdt>
              <w:sdtPr>
                <w:alias w:val="SCREEN_7_Y"/>
                <w:tag w:val="SCREEN_7_Y"/>
                <w:id w:val="47617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2C80B9BD" w14:textId="77777777" w:rsidR="00790178" w:rsidRDefault="00DE5C48">
            <w:pPr>
              <w:jc w:val="center"/>
            </w:pPr>
            <w:sdt>
              <w:sdtPr>
                <w:alias w:val="SCREEN_7_N"/>
                <w:tag w:val="SCREEN_7_N"/>
                <w:id w:val="147003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61625AAE" w14:textId="77777777" w:rsidR="00790178" w:rsidRDefault="00DE5C48">
            <w:pPr>
              <w:jc w:val="center"/>
            </w:pPr>
            <w:sdt>
              <w:sdtPr>
                <w:alias w:val="SCREEN_7_NA"/>
                <w:tag w:val="SCREEN_7_NA"/>
                <w:id w:val="50865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730CA994" w14:textId="77777777" w:rsidTr="00D46332">
        <w:trPr>
          <w:cantSplit/>
          <w:trHeight w:val="442"/>
          <w:jc w:val="center"/>
        </w:trPr>
        <w:tc>
          <w:tcPr>
            <w:tcW w:w="8627" w:type="dxa"/>
          </w:tcPr>
          <w:p w14:paraId="7986F652" w14:textId="77777777" w:rsidR="00790178" w:rsidRDefault="00DE5C48">
            <w:pPr>
              <w:spacing w:after="0"/>
            </w:pPr>
            <w:r>
              <w:rPr>
                <w:sz w:val="15"/>
              </w:rPr>
              <w:t>Is the change temporary, emergency, outside normal approved boundaries or being introduced under time pressure?</w:t>
            </w:r>
          </w:p>
        </w:tc>
        <w:tc>
          <w:tcPr>
            <w:tcW w:w="691" w:type="dxa"/>
          </w:tcPr>
          <w:p w14:paraId="49A4A0A6" w14:textId="77777777" w:rsidR="00790178" w:rsidRDefault="00DE5C48">
            <w:pPr>
              <w:jc w:val="center"/>
            </w:pPr>
            <w:sdt>
              <w:sdtPr>
                <w:alias w:val="SCREEN_8_Y"/>
                <w:tag w:val="SCREEN_8_Y"/>
                <w:id w:val="147062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708" w:type="dxa"/>
          </w:tcPr>
          <w:p w14:paraId="4BB3D9B2" w14:textId="77777777" w:rsidR="00790178" w:rsidRDefault="00DE5C48">
            <w:pPr>
              <w:jc w:val="center"/>
            </w:pPr>
            <w:sdt>
              <w:sdtPr>
                <w:alias w:val="SCREEN_8_N"/>
                <w:tag w:val="SCREEN_8_N"/>
                <w:id w:val="7767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567" w:type="dxa"/>
          </w:tcPr>
          <w:p w14:paraId="4DB34FE4" w14:textId="77777777" w:rsidR="00790178" w:rsidRDefault="00DE5C48">
            <w:pPr>
              <w:jc w:val="center"/>
            </w:pPr>
            <w:sdt>
              <w:sdtPr>
                <w:alias w:val="SCREEN_8_NA"/>
                <w:tag w:val="SCREEN_8_NA"/>
                <w:id w:val="146577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</w:tbl>
    <w:p w14:paraId="47D2851B" w14:textId="77777777" w:rsidR="00790178" w:rsidRDefault="00DE5C48">
      <w:pPr>
        <w:spacing w:before="40" w:after="40"/>
      </w:pPr>
      <w:r>
        <w:rPr>
          <w:b/>
          <w:sz w:val="16"/>
        </w:rPr>
        <w:t xml:space="preserve">Screening outcome:  </w:t>
      </w:r>
      <w:sdt>
        <w:sdtPr>
          <w:alias w:val="OUTCOME_FULL_MOC"/>
          <w:tag w:val="OUTCOME_FULL_MOC"/>
          <w:id w:val="857039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Full MOC required</w:t>
      </w:r>
      <w:r>
        <w:t xml:space="preserve">     </w:t>
      </w:r>
      <w:sdt>
        <w:sdtPr>
          <w:alias w:val="OUTCOME_NOT_REQUIRED"/>
          <w:tag w:val="OUTCOME_NOT_REQUIRED"/>
          <w:id w:val="464160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Formal MOC not required</w:t>
      </w:r>
    </w:p>
    <w:p w14:paraId="72493DD7" w14:textId="77777777" w:rsidR="00790178" w:rsidRDefault="00DE5C48">
      <w:r>
        <w:rPr>
          <w:b/>
          <w:sz w:val="16"/>
        </w:rPr>
        <w:t xml:space="preserve">Reason / basis for screening outcome:  </w:t>
      </w:r>
      <w:sdt>
        <w:sdtPr>
          <w:alias w:val="SCREENING_BASIS"/>
          <w:tag w:val="SCREENING_BASIS"/>
          <w:id w:val="122032243"/>
          <w:showingPlcHdr/>
          <w:text w:multiLine="1"/>
        </w:sdtPr>
        <w:sdtEndPr/>
        <w:sdtContent>
          <w:r>
            <w:rPr>
              <w:i/>
              <w:color w:val="808080"/>
            </w:rPr>
            <w:t>Click or tap to enter reason</w:t>
          </w:r>
        </w:sdtContent>
      </w:sdt>
    </w:p>
    <w:p w14:paraId="7ED6438F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5. SCOPE OF CHANGE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994"/>
      </w:tblGrid>
      <w:tr w:rsidR="00790178" w14:paraId="73B72D5E" w14:textId="77777777">
        <w:trPr>
          <w:cantSplit/>
          <w:trHeight w:val="652"/>
          <w:jc w:val="center"/>
        </w:trPr>
        <w:tc>
          <w:tcPr>
            <w:tcW w:w="2721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EAB8DC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What is changing?</w:t>
            </w:r>
          </w:p>
        </w:tc>
        <w:tc>
          <w:tcPr>
            <w:tcW w:w="7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2D020" w14:textId="77777777" w:rsidR="00790178" w:rsidRDefault="00DE5C48">
            <w:sdt>
              <w:sdtPr>
                <w:alias w:val="SCOPE_WHAT"/>
                <w:tag w:val="SCOPE_WHAT"/>
                <w:id w:val="1445047524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7B6F28C3" w14:textId="77777777">
        <w:trPr>
          <w:cantSplit/>
          <w:trHeight w:val="652"/>
          <w:jc w:val="center"/>
        </w:trPr>
        <w:tc>
          <w:tcPr>
            <w:tcW w:w="2721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475DE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Why is the change required?</w:t>
            </w:r>
          </w:p>
        </w:tc>
        <w:tc>
          <w:tcPr>
            <w:tcW w:w="7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3AB645" w14:textId="77777777" w:rsidR="00790178" w:rsidRDefault="00DE5C48">
            <w:sdt>
              <w:sdtPr>
                <w:alias w:val="SCOPE_WHY"/>
                <w:tag w:val="SCOPE_WHY"/>
                <w:id w:val="993703554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0F7E6EDF" w14:textId="77777777">
        <w:trPr>
          <w:cantSplit/>
          <w:trHeight w:val="652"/>
          <w:jc w:val="center"/>
        </w:trPr>
        <w:tc>
          <w:tcPr>
            <w:tcW w:w="2721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7BCDC7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How will the change be impleme</w:t>
            </w:r>
            <w:r>
              <w:rPr>
                <w:b/>
                <w:sz w:val="16"/>
              </w:rPr>
              <w:t>nted?</w:t>
            </w:r>
          </w:p>
        </w:tc>
        <w:tc>
          <w:tcPr>
            <w:tcW w:w="7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23EC3" w14:textId="77777777" w:rsidR="00790178" w:rsidRDefault="00DE5C48">
            <w:sdt>
              <w:sdtPr>
                <w:alias w:val="SCOPE_HOW"/>
                <w:tag w:val="SCOPE_HOW"/>
                <w:id w:val="1130218698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5A0155DB" w14:textId="77777777">
        <w:trPr>
          <w:cantSplit/>
          <w:trHeight w:val="652"/>
          <w:jc w:val="center"/>
        </w:trPr>
        <w:tc>
          <w:tcPr>
            <w:tcW w:w="2721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0250D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Who may be affected?</w:t>
            </w:r>
          </w:p>
        </w:tc>
        <w:tc>
          <w:tcPr>
            <w:tcW w:w="7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4A1480" w14:textId="77777777" w:rsidR="00790178" w:rsidRDefault="00DE5C48">
            <w:sdt>
              <w:sdtPr>
                <w:alias w:val="SCOPE_WHO"/>
                <w:tag w:val="SCOPE_WHO"/>
                <w:id w:val="306654299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267DC453" w14:textId="77777777">
        <w:trPr>
          <w:cantSplit/>
          <w:trHeight w:val="652"/>
          <w:jc w:val="center"/>
        </w:trPr>
        <w:tc>
          <w:tcPr>
            <w:tcW w:w="2721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479252" w14:textId="77777777" w:rsidR="00790178" w:rsidRDefault="00DE5C48">
            <w:pPr>
              <w:spacing w:after="0"/>
            </w:pPr>
            <w:r>
              <w:rPr>
                <w:b/>
                <w:sz w:val="16"/>
              </w:rPr>
              <w:t>What existing arrangements / controls may be affected?</w:t>
            </w:r>
          </w:p>
        </w:tc>
        <w:tc>
          <w:tcPr>
            <w:tcW w:w="79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C50C82" w14:textId="77777777" w:rsidR="00790178" w:rsidRDefault="00DE5C48">
            <w:sdt>
              <w:sdtPr>
                <w:alias w:val="SCOPE_CONTROLS"/>
                <w:tag w:val="SCOPE_CONTROLS"/>
                <w:id w:val="1588687800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</w:tbl>
    <w:p w14:paraId="41E177FF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6. RISK ASSESSMENT AND CONSULTATION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881"/>
      </w:tblGrid>
      <w:tr w:rsidR="00790178" w14:paraId="02841159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5554C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 xml:space="preserve">WHSMP02 risk assessment </w:t>
            </w:r>
            <w:r>
              <w:rPr>
                <w:b/>
                <w:sz w:val="15"/>
              </w:rPr>
              <w:t>reference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5E80E" w14:textId="77777777" w:rsidR="00790178" w:rsidRDefault="00DE5C48">
            <w:sdt>
              <w:sdtPr>
                <w:alias w:val="RISK_ASSESSMENT_REF"/>
                <w:tag w:val="RISK_ASSESSMENT_REF"/>
                <w:id w:val="158425837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6858EFE7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9A268B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Hazard Category Framework considered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C554F3" w14:textId="77777777" w:rsidR="00790178" w:rsidRDefault="00DE5C48">
            <w:sdt>
              <w:sdtPr>
                <w:alias w:val="HAZARD_FRAMEWORK"/>
                <w:tag w:val="HAZARD_FRAMEWORK"/>
                <w:id w:val="1460586373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48D1C3A3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F8540D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SCU Critical Risk / critical controls affected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D361C" w14:textId="77777777" w:rsidR="00790178" w:rsidRDefault="00DE5C48">
            <w:sdt>
              <w:sdtPr>
                <w:alias w:val="CRITICAL_RISK"/>
                <w:tag w:val="CRITICAL_RISK"/>
                <w:id w:val="820123233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29CA74E6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4B1A9C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Workers consulted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4896B6" w14:textId="77777777" w:rsidR="00790178" w:rsidRDefault="00DE5C48">
            <w:sdt>
              <w:sdtPr>
                <w:alias w:val="WORKERS_CONSULTED"/>
                <w:tag w:val="WORKERS_CONSULTED"/>
                <w:id w:val="531757828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101D0A46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3588C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 xml:space="preserve">HSR </w:t>
            </w:r>
            <w:r>
              <w:rPr>
                <w:b/>
                <w:sz w:val="15"/>
              </w:rPr>
              <w:t>involved (where applicable)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8C727" w14:textId="77777777" w:rsidR="00790178" w:rsidRDefault="00DE5C48">
            <w:sdt>
              <w:sdtPr>
                <w:alias w:val="HSR_INVOLVED"/>
                <w:tag w:val="HSR_INVOLVED"/>
                <w:id w:val="1499843767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34D13088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FD082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Technical / specialist input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EE417" w14:textId="77777777" w:rsidR="00790178" w:rsidRDefault="00DE5C48">
            <w:sdt>
              <w:sdtPr>
                <w:alias w:val="TECH_INPUT"/>
                <w:tag w:val="TECH_INPUT"/>
                <w:id w:val="910582491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5DE2A2AB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F93B7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Other duty holder / contractor interface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2CA2B" w14:textId="77777777" w:rsidR="00790178" w:rsidRDefault="00DE5C48">
            <w:sdt>
              <w:sdtPr>
                <w:alias w:val="DUTY_HOLDER"/>
                <w:tag w:val="DUTY_HOLDER"/>
                <w:id w:val="1410844285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 details</w:t>
                </w:r>
              </w:sdtContent>
            </w:sdt>
          </w:p>
        </w:tc>
      </w:tr>
      <w:tr w:rsidR="00790178" w14:paraId="6873B1B4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876C29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Legal / licence / standard review required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4D4C45" w14:textId="77777777" w:rsidR="00790178" w:rsidRDefault="00DE5C48">
            <w:sdt>
              <w:sdtPr>
                <w:alias w:val="LEGAL_REVIEW"/>
                <w:tag w:val="LEGAL_REVIEW"/>
                <w:id w:val="56826704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 xml:space="preserve">Click or tap </w:t>
                </w:r>
                <w:r>
                  <w:rPr>
                    <w:i/>
                    <w:color w:val="808080"/>
                  </w:rPr>
                  <w:t>to enter details</w:t>
                </w:r>
              </w:sdtContent>
            </w:sdt>
          </w:p>
        </w:tc>
      </w:tr>
    </w:tbl>
    <w:p w14:paraId="397540E6" w14:textId="77777777" w:rsidR="00790178" w:rsidRDefault="00DE5C48">
      <w:r>
        <w:br w:type="page"/>
      </w:r>
    </w:p>
    <w:p w14:paraId="624790B8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lastRenderedPageBreak/>
        <w:t>7. PRE-IMPLEMENTATION ACTIONS AND CONTROLS</w:t>
      </w:r>
    </w:p>
    <w:p w14:paraId="6E87C286" w14:textId="77777777" w:rsidR="00790178" w:rsidRDefault="00DE5C48">
      <w:pPr>
        <w:spacing w:after="40"/>
      </w:pPr>
      <w:r>
        <w:rPr>
          <w:sz w:val="15"/>
        </w:rPr>
        <w:t>Record actions that must be completed or formally addressed before the change is introduced.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1701"/>
        <w:gridCol w:w="1304"/>
        <w:gridCol w:w="2041"/>
        <w:gridCol w:w="850"/>
      </w:tblGrid>
      <w:tr w:rsidR="00790178" w14:paraId="3BA03162" w14:textId="77777777">
        <w:trPr>
          <w:tblHeader/>
          <w:jc w:val="center"/>
        </w:trPr>
        <w:tc>
          <w:tcPr>
            <w:tcW w:w="4932" w:type="dxa"/>
            <w:shd w:val="clear" w:color="auto" w:fill="56565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3E8D28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Action / control</w:t>
            </w:r>
          </w:p>
        </w:tc>
        <w:tc>
          <w:tcPr>
            <w:tcW w:w="1701" w:type="dxa"/>
            <w:shd w:val="clear" w:color="auto" w:fill="56565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BA28C0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Owner</w:t>
            </w:r>
          </w:p>
        </w:tc>
        <w:tc>
          <w:tcPr>
            <w:tcW w:w="1304" w:type="dxa"/>
            <w:shd w:val="clear" w:color="auto" w:fill="56565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BA12D6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Due date</w:t>
            </w:r>
          </w:p>
        </w:tc>
        <w:tc>
          <w:tcPr>
            <w:tcW w:w="2041" w:type="dxa"/>
            <w:shd w:val="clear" w:color="auto" w:fill="56565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1615A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Status / evidence</w:t>
            </w:r>
          </w:p>
        </w:tc>
        <w:tc>
          <w:tcPr>
            <w:tcW w:w="850" w:type="dxa"/>
            <w:shd w:val="clear" w:color="auto" w:fill="56565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089B9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Pre-start?</w:t>
            </w:r>
          </w:p>
        </w:tc>
      </w:tr>
      <w:tr w:rsidR="00790178" w14:paraId="7E6E11B7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358C4" w14:textId="77777777" w:rsidR="00790178" w:rsidRDefault="00DE5C48">
            <w:sdt>
              <w:sdtPr>
                <w:alias w:val="ACTION_1"/>
                <w:tag w:val="ACTION_1"/>
                <w:id w:val="1638878725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C11AB7" w14:textId="77777777" w:rsidR="00790178" w:rsidRDefault="00DE5C48">
            <w:sdt>
              <w:sdtPr>
                <w:alias w:val="ACTION_OWNER_1"/>
                <w:tag w:val="ACTION_OWNER_1"/>
                <w:id w:val="1403581782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2AAB35" w14:textId="77777777" w:rsidR="00790178" w:rsidRDefault="00DE5C48">
            <w:sdt>
              <w:sdtPr>
                <w:alias w:val="ACTION_DUE_1"/>
                <w:tag w:val="ACTION_DUE_1"/>
                <w:id w:val="1137745680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6EA18" w14:textId="77777777" w:rsidR="00790178" w:rsidRDefault="00DE5C48">
            <w:sdt>
              <w:sdtPr>
                <w:alias w:val="ACTION_STATUS_1"/>
                <w:tag w:val="ACTION_STATUS_1"/>
                <w:id w:val="48382891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F6C64" w14:textId="77777777" w:rsidR="00790178" w:rsidRDefault="00DE5C48">
            <w:pPr>
              <w:jc w:val="center"/>
            </w:pPr>
            <w:sdt>
              <w:sdtPr>
                <w:alias w:val="ACTION_PRESTART_1"/>
                <w:tag w:val="ACTION_PRESTART_1"/>
                <w:id w:val="16469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45303D85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A8E11" w14:textId="77777777" w:rsidR="00790178" w:rsidRDefault="00DE5C48">
            <w:sdt>
              <w:sdtPr>
                <w:alias w:val="ACTION_2"/>
                <w:tag w:val="ACTION_2"/>
                <w:id w:val="108988164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19144B" w14:textId="77777777" w:rsidR="00790178" w:rsidRDefault="00DE5C48">
            <w:sdt>
              <w:sdtPr>
                <w:alias w:val="ACTION_OWNER_2"/>
                <w:tag w:val="ACTION_OWNER_2"/>
                <w:id w:val="546946678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2C4D39" w14:textId="77777777" w:rsidR="00790178" w:rsidRDefault="00DE5C48">
            <w:sdt>
              <w:sdtPr>
                <w:alias w:val="ACTION_DUE_2"/>
                <w:tag w:val="ACTION_DUE_2"/>
                <w:id w:val="1371614882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9B6497" w14:textId="77777777" w:rsidR="00790178" w:rsidRDefault="00DE5C48">
            <w:sdt>
              <w:sdtPr>
                <w:alias w:val="ACTION_STATUS_2"/>
                <w:tag w:val="ACTION_STATUS_2"/>
                <w:id w:val="3532372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6EC960" w14:textId="77777777" w:rsidR="00790178" w:rsidRDefault="00DE5C48">
            <w:pPr>
              <w:jc w:val="center"/>
            </w:pPr>
            <w:sdt>
              <w:sdtPr>
                <w:alias w:val="ACTION_PRESTART_2"/>
                <w:tag w:val="ACTION_PRESTART_2"/>
                <w:id w:val="125720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2E771A78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4E264" w14:textId="77777777" w:rsidR="00790178" w:rsidRDefault="00DE5C48">
            <w:sdt>
              <w:sdtPr>
                <w:alias w:val="ACTION_3"/>
                <w:tag w:val="ACTION_3"/>
                <w:id w:val="87057080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5E16AE" w14:textId="77777777" w:rsidR="00790178" w:rsidRDefault="00DE5C48">
            <w:sdt>
              <w:sdtPr>
                <w:alias w:val="ACTION_OWNER_3"/>
                <w:tag w:val="ACTION_OWNER_3"/>
                <w:id w:val="589273086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8F0D1" w14:textId="77777777" w:rsidR="00790178" w:rsidRDefault="00DE5C48">
            <w:sdt>
              <w:sdtPr>
                <w:alias w:val="ACTION_DUE_3"/>
                <w:tag w:val="ACTION_DUE_3"/>
                <w:id w:val="420640454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5B7970" w14:textId="77777777" w:rsidR="00790178" w:rsidRDefault="00DE5C48">
            <w:sdt>
              <w:sdtPr>
                <w:alias w:val="ACTION_STATUS_3"/>
                <w:tag w:val="ACTION_STATUS_3"/>
                <w:id w:val="41506588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E8CAA" w14:textId="77777777" w:rsidR="00790178" w:rsidRDefault="00DE5C48">
            <w:pPr>
              <w:jc w:val="center"/>
            </w:pPr>
            <w:sdt>
              <w:sdtPr>
                <w:alias w:val="ACTION_PRESTART_3"/>
                <w:tag w:val="ACTION_PRESTART_3"/>
                <w:id w:val="134349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1DC452A2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F36BA" w14:textId="77777777" w:rsidR="00790178" w:rsidRDefault="00DE5C48">
            <w:sdt>
              <w:sdtPr>
                <w:alias w:val="ACTION_4"/>
                <w:tag w:val="ACTION_4"/>
                <w:id w:val="1858068992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233BD6" w14:textId="77777777" w:rsidR="00790178" w:rsidRDefault="00DE5C48">
            <w:sdt>
              <w:sdtPr>
                <w:alias w:val="ACTION_OWNER_4"/>
                <w:tag w:val="ACTION_OWNER_4"/>
                <w:id w:val="175496366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BB5869" w14:textId="77777777" w:rsidR="00790178" w:rsidRDefault="00DE5C48">
            <w:sdt>
              <w:sdtPr>
                <w:alias w:val="ACTION_DUE_4"/>
                <w:tag w:val="ACTION_DUE_4"/>
                <w:id w:val="70372635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3B7B8D" w14:textId="77777777" w:rsidR="00790178" w:rsidRDefault="00DE5C48">
            <w:sdt>
              <w:sdtPr>
                <w:alias w:val="ACTION_STATUS_4"/>
                <w:tag w:val="ACTION_STATUS_4"/>
                <w:id w:val="58050809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FFAE08" w14:textId="77777777" w:rsidR="00790178" w:rsidRDefault="00DE5C48">
            <w:pPr>
              <w:jc w:val="center"/>
            </w:pPr>
            <w:sdt>
              <w:sdtPr>
                <w:alias w:val="ACTION_PRESTART_4"/>
                <w:tag w:val="ACTION_PRESTART_4"/>
                <w:id w:val="69009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58A5BD83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2CFA5" w14:textId="77777777" w:rsidR="00790178" w:rsidRDefault="00DE5C48">
            <w:sdt>
              <w:sdtPr>
                <w:alias w:val="ACTION_5"/>
                <w:tag w:val="ACTION_5"/>
                <w:id w:val="7381746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 xml:space="preserve">Enter </w:t>
                </w:r>
                <w:r>
                  <w:rPr>
                    <w:i/>
                    <w:color w:val="808080"/>
                  </w:rPr>
                  <w:t>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4A8A8" w14:textId="77777777" w:rsidR="00790178" w:rsidRDefault="00DE5C48">
            <w:sdt>
              <w:sdtPr>
                <w:alias w:val="ACTION_OWNER_5"/>
                <w:tag w:val="ACTION_OWNER_5"/>
                <w:id w:val="462962934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C72C50" w14:textId="77777777" w:rsidR="00790178" w:rsidRDefault="00DE5C48">
            <w:sdt>
              <w:sdtPr>
                <w:alias w:val="ACTION_DUE_5"/>
                <w:tag w:val="ACTION_DUE_5"/>
                <w:id w:val="1088421131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FBFFDD" w14:textId="77777777" w:rsidR="00790178" w:rsidRDefault="00DE5C48">
            <w:sdt>
              <w:sdtPr>
                <w:alias w:val="ACTION_STATUS_5"/>
                <w:tag w:val="ACTION_STATUS_5"/>
                <w:id w:val="103398548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936C11" w14:textId="77777777" w:rsidR="00790178" w:rsidRDefault="00DE5C48">
            <w:pPr>
              <w:jc w:val="center"/>
            </w:pPr>
            <w:sdt>
              <w:sdtPr>
                <w:alias w:val="ACTION_PRESTART_5"/>
                <w:tag w:val="ACTION_PRESTART_5"/>
                <w:id w:val="141129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  <w:tr w:rsidR="00790178" w14:paraId="7B949001" w14:textId="77777777">
        <w:trPr>
          <w:cantSplit/>
          <w:trHeight w:val="595"/>
          <w:jc w:val="center"/>
        </w:trPr>
        <w:tc>
          <w:tcPr>
            <w:tcW w:w="4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44120" w14:textId="77777777" w:rsidR="00790178" w:rsidRDefault="00DE5C48">
            <w:sdt>
              <w:sdtPr>
                <w:alias w:val="ACTION_6"/>
                <w:tag w:val="ACTION_6"/>
                <w:id w:val="1488260307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action/control</w:t>
                </w:r>
              </w:sdtContent>
            </w:sdt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3501A" w14:textId="77777777" w:rsidR="00790178" w:rsidRDefault="00DE5C48">
            <w:sdt>
              <w:sdtPr>
                <w:alias w:val="ACTION_OWNER_6"/>
                <w:tag w:val="ACTION_OWNER_6"/>
                <w:id w:val="1281181486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Owner</w:t>
                </w:r>
              </w:sdtContent>
            </w:sdt>
          </w:p>
        </w:tc>
        <w:tc>
          <w:tcPr>
            <w:tcW w:w="13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C4C95D" w14:textId="77777777" w:rsidR="00790178" w:rsidRDefault="00DE5C48">
            <w:sdt>
              <w:sdtPr>
                <w:alias w:val="ACTION_DUE_6"/>
                <w:tag w:val="ACTION_DUE_6"/>
                <w:id w:val="1771615226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Date</w:t>
                </w:r>
              </w:sdtContent>
            </w:sdt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DDF69" w14:textId="77777777" w:rsidR="00790178" w:rsidRDefault="00DE5C48">
            <w:sdt>
              <w:sdtPr>
                <w:alias w:val="ACTION_STATUS_6"/>
                <w:tag w:val="ACTION_STATUS_6"/>
                <w:id w:val="1164825422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Status / evidence</w:t>
                </w:r>
              </w:sdtContent>
            </w:sdt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2084D3" w14:textId="77777777" w:rsidR="00790178" w:rsidRDefault="00DE5C48">
            <w:pPr>
              <w:jc w:val="center"/>
            </w:pPr>
            <w:sdt>
              <w:sdtPr>
                <w:alias w:val="ACTION_PRESTART_6"/>
                <w:tag w:val="ACTION_PRESTART_6"/>
                <w:id w:val="69450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</w:tr>
    </w:tbl>
    <w:p w14:paraId="0D657239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8. APPROVAL TO IMPLEMENT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881"/>
      </w:tblGrid>
      <w:tr w:rsidR="00790178" w14:paraId="12491291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BB1ED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Technical justification / decision basis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4593F0" w14:textId="77777777" w:rsidR="00790178" w:rsidRDefault="00DE5C48">
            <w:sdt>
              <w:sdtPr>
                <w:alias w:val="APPROVAL_BASIS"/>
                <w:tag w:val="APPROVAL_BASIS"/>
                <w:id w:val="1565593816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7619265A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9F6E1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Approval decision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0E40A" w14:textId="77777777" w:rsidR="00790178" w:rsidRDefault="00DE5C48">
            <w:sdt>
              <w:sdtPr>
                <w:alias w:val="DECISION_APPROVE"/>
                <w:tag w:val="DECISION_APPROVE"/>
                <w:id w:val="31106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Approved</w:t>
            </w:r>
            <w:r>
              <w:t xml:space="preserve">    </w:t>
            </w:r>
            <w:sdt>
              <w:sdtPr>
                <w:alias w:val="DECISION_NOT_APPROVE"/>
                <w:tag w:val="DECISION_NOT_APPROVE"/>
                <w:id w:val="26495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Not approved</w:t>
            </w:r>
            <w:r>
              <w:t xml:space="preserve">    </w:t>
            </w:r>
            <w:sdt>
              <w:sdtPr>
                <w:alias w:val="DECISION_INFO"/>
                <w:tag w:val="DECISION_INFO"/>
                <w:id w:val="4072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Further information / actions required</w:t>
            </w:r>
          </w:p>
        </w:tc>
      </w:tr>
      <w:tr w:rsidR="00790178" w14:paraId="3D9DC392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138EA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Approval conditions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514A58" w14:textId="77777777" w:rsidR="00790178" w:rsidRDefault="00DE5C48">
            <w:sdt>
              <w:sdtPr>
                <w:alias w:val="APPROVAL_CONDITIONS"/>
                <w:tag w:val="APPROVAL_CONDITIONS"/>
                <w:id w:val="1657717949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0F0551C3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649B51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Approver / delegated authority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A7661D" w14:textId="77777777" w:rsidR="00790178" w:rsidRDefault="00DE5C48">
            <w:sdt>
              <w:sdtPr>
                <w:alias w:val="APPROVER"/>
                <w:tag w:val="APPROVER"/>
                <w:id w:val="122314995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36219669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1E569E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Position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EDCEC1" w14:textId="77777777" w:rsidR="00790178" w:rsidRDefault="00DE5C48">
            <w:sdt>
              <w:sdtPr>
                <w:alias w:val="APPROVER_POSITION"/>
                <w:tag w:val="APPROVER_POSITION"/>
                <w:id w:val="104523702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2CB8B85D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93FAE2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Approval record / signature reference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C878A" w14:textId="77777777" w:rsidR="00790178" w:rsidRDefault="00DE5C48">
            <w:sdt>
              <w:sdtPr>
                <w:alias w:val="APPROVAL_RECORD"/>
                <w:tag w:val="APPROVAL_RECORD"/>
                <w:id w:val="1121526918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 xml:space="preserve">Click or tap to </w:t>
                </w:r>
                <w:r>
                  <w:rPr>
                    <w:i/>
                    <w:color w:val="808080"/>
                  </w:rPr>
                  <w:t>enter</w:t>
                </w:r>
              </w:sdtContent>
            </w:sdt>
          </w:p>
        </w:tc>
      </w:tr>
      <w:tr w:rsidR="00790178" w14:paraId="2595F7A5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858B98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Date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92ED2" w14:textId="77777777" w:rsidR="00790178" w:rsidRDefault="00DE5C48">
            <w:sdt>
              <w:sdtPr>
                <w:alias w:val="APPROVAL_DATE"/>
                <w:tag w:val="APPROVAL_DATE"/>
                <w:id w:val="494743103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</w:tbl>
    <w:p w14:paraId="054A481E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9. IMPLEMENTATION READINESS GATE</w:t>
      </w:r>
    </w:p>
    <w:tbl>
      <w:tblPr>
        <w:tblW w:w="10674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756"/>
        <w:gridCol w:w="1093"/>
        <w:gridCol w:w="1022"/>
        <w:gridCol w:w="2803"/>
      </w:tblGrid>
      <w:tr w:rsidR="00790178" w14:paraId="7D64817C" w14:textId="77777777" w:rsidTr="009858F4">
        <w:trPr>
          <w:tblHeader/>
          <w:jc w:val="center"/>
        </w:trPr>
        <w:tc>
          <w:tcPr>
            <w:tcW w:w="5756" w:type="dxa"/>
            <w:shd w:val="clear" w:color="auto" w:fill="565656"/>
          </w:tcPr>
          <w:p w14:paraId="0DBD4BD7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Readiness requirement</w:t>
            </w:r>
          </w:p>
        </w:tc>
        <w:tc>
          <w:tcPr>
            <w:tcW w:w="1093" w:type="dxa"/>
            <w:shd w:val="clear" w:color="auto" w:fill="565656"/>
          </w:tcPr>
          <w:p w14:paraId="32133FA3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Complete</w:t>
            </w:r>
          </w:p>
        </w:tc>
        <w:tc>
          <w:tcPr>
            <w:tcW w:w="1022" w:type="dxa"/>
            <w:shd w:val="clear" w:color="auto" w:fill="565656"/>
          </w:tcPr>
          <w:p w14:paraId="277D2376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w="2803" w:type="dxa"/>
            <w:shd w:val="clear" w:color="auto" w:fill="565656"/>
          </w:tcPr>
          <w:p w14:paraId="06C63824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Evidence / reference</w:t>
            </w:r>
          </w:p>
        </w:tc>
      </w:tr>
      <w:tr w:rsidR="00790178" w14:paraId="2ECB8153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13C86C08" w14:textId="77777777" w:rsidR="00790178" w:rsidRDefault="00DE5C48">
            <w:pPr>
              <w:spacing w:after="0"/>
            </w:pPr>
            <w:r>
              <w:rPr>
                <w:sz w:val="14"/>
              </w:rPr>
              <w:t>Required risk controls and pre-start actions completed or formally addressed</w:t>
            </w:r>
          </w:p>
        </w:tc>
        <w:tc>
          <w:tcPr>
            <w:tcW w:w="1093" w:type="dxa"/>
          </w:tcPr>
          <w:p w14:paraId="0AE53DA9" w14:textId="77777777" w:rsidR="00790178" w:rsidRDefault="00DE5C48">
            <w:pPr>
              <w:jc w:val="center"/>
            </w:pPr>
            <w:sdt>
              <w:sdtPr>
                <w:alias w:val="READY_1_COMPLETE"/>
                <w:tag w:val="READY_1_COMPLETE"/>
                <w:id w:val="90366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177B2C34" w14:textId="77777777" w:rsidR="00790178" w:rsidRDefault="00DE5C48">
            <w:pPr>
              <w:jc w:val="center"/>
            </w:pPr>
            <w:sdt>
              <w:sdtPr>
                <w:alias w:val="READY_1_NA"/>
                <w:tag w:val="READY_1_NA"/>
                <w:id w:val="49557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6B5B7605" w14:textId="77777777" w:rsidR="00790178" w:rsidRDefault="00DE5C48">
            <w:sdt>
              <w:sdtPr>
                <w:alias w:val="READY_1_EVIDENCE"/>
                <w:tag w:val="READY_1_EVIDENCE"/>
                <w:id w:val="127599590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1350D278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502D0905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Affected </w:t>
            </w:r>
            <w:r>
              <w:rPr>
                <w:sz w:val="14"/>
              </w:rPr>
              <w:t>procedures, risk assessments, drawings, maintenance documents and records updated</w:t>
            </w:r>
          </w:p>
        </w:tc>
        <w:tc>
          <w:tcPr>
            <w:tcW w:w="1093" w:type="dxa"/>
          </w:tcPr>
          <w:p w14:paraId="6ABFE3AC" w14:textId="77777777" w:rsidR="00790178" w:rsidRDefault="00DE5C48">
            <w:pPr>
              <w:jc w:val="center"/>
            </w:pPr>
            <w:sdt>
              <w:sdtPr>
                <w:alias w:val="READY_2_COMPLETE"/>
                <w:tag w:val="READY_2_COMPLETE"/>
                <w:id w:val="74768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5E8E3C09" w14:textId="77777777" w:rsidR="00790178" w:rsidRDefault="00DE5C48">
            <w:pPr>
              <w:jc w:val="center"/>
            </w:pPr>
            <w:sdt>
              <w:sdtPr>
                <w:alias w:val="READY_2_NA"/>
                <w:tag w:val="READY_2_NA"/>
                <w:id w:val="22808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11A21D75" w14:textId="77777777" w:rsidR="00790178" w:rsidRDefault="00DE5C48">
            <w:sdt>
              <w:sdtPr>
                <w:alias w:val="READY_2_EVIDENCE"/>
                <w:tag w:val="READY_2_EVIDENCE"/>
                <w:id w:val="1687165385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154BB08A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1EA70B94" w14:textId="77777777" w:rsidR="00790178" w:rsidRDefault="00DE5C48">
            <w:pPr>
              <w:spacing w:after="0"/>
            </w:pPr>
            <w:r>
              <w:rPr>
                <w:sz w:val="14"/>
              </w:rPr>
              <w:t>Required training, competency, supervision or authorisation completed</w:t>
            </w:r>
          </w:p>
        </w:tc>
        <w:tc>
          <w:tcPr>
            <w:tcW w:w="1093" w:type="dxa"/>
          </w:tcPr>
          <w:p w14:paraId="0973F945" w14:textId="77777777" w:rsidR="00790178" w:rsidRDefault="00DE5C48">
            <w:pPr>
              <w:jc w:val="center"/>
            </w:pPr>
            <w:sdt>
              <w:sdtPr>
                <w:alias w:val="READY_3_COMPLETE"/>
                <w:tag w:val="READY_3_COMPLETE"/>
                <w:id w:val="116413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412E9100" w14:textId="77777777" w:rsidR="00790178" w:rsidRDefault="00DE5C48">
            <w:pPr>
              <w:jc w:val="center"/>
            </w:pPr>
            <w:sdt>
              <w:sdtPr>
                <w:alias w:val="READY_3_NA"/>
                <w:tag w:val="READY_3_NA"/>
                <w:id w:val="6358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327D8B09" w14:textId="77777777" w:rsidR="00790178" w:rsidRDefault="00DE5C48">
            <w:sdt>
              <w:sdtPr>
                <w:alias w:val="READY_3_EVIDENCE"/>
                <w:tag w:val="READY_3_EVIDENCE"/>
                <w:id w:val="1084017342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65E0EBE4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13C05090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Affected workers and other relevant </w:t>
            </w:r>
            <w:r>
              <w:rPr>
                <w:sz w:val="14"/>
              </w:rPr>
              <w:t>persons informed before implementation</w:t>
            </w:r>
          </w:p>
        </w:tc>
        <w:tc>
          <w:tcPr>
            <w:tcW w:w="1093" w:type="dxa"/>
          </w:tcPr>
          <w:p w14:paraId="53DF6127" w14:textId="77777777" w:rsidR="00790178" w:rsidRDefault="00DE5C48">
            <w:pPr>
              <w:jc w:val="center"/>
            </w:pPr>
            <w:sdt>
              <w:sdtPr>
                <w:alias w:val="READY_4_COMPLETE"/>
                <w:tag w:val="READY_4_COMPLETE"/>
                <w:id w:val="17512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3B9F01E4" w14:textId="77777777" w:rsidR="00790178" w:rsidRDefault="00DE5C48">
            <w:pPr>
              <w:jc w:val="center"/>
            </w:pPr>
            <w:sdt>
              <w:sdtPr>
                <w:alias w:val="READY_4_NA"/>
                <w:tag w:val="READY_4_NA"/>
                <w:id w:val="191145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5E1850CF" w14:textId="77777777" w:rsidR="00790178" w:rsidRDefault="00DE5C48">
            <w:sdt>
              <w:sdtPr>
                <w:alias w:val="READY_4_EVIDENCE"/>
                <w:tag w:val="READY_4_EVIDENCE"/>
                <w:id w:val="882630246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01E16B69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00C669BE" w14:textId="77777777" w:rsidR="00790178" w:rsidRDefault="00DE5C48">
            <w:pPr>
              <w:spacing w:after="0"/>
            </w:pPr>
            <w:r>
              <w:rPr>
                <w:sz w:val="14"/>
              </w:rPr>
              <w:t>Emergency / rescue arrangements updated and tested where required</w:t>
            </w:r>
          </w:p>
        </w:tc>
        <w:tc>
          <w:tcPr>
            <w:tcW w:w="1093" w:type="dxa"/>
          </w:tcPr>
          <w:p w14:paraId="56D33E51" w14:textId="77777777" w:rsidR="00790178" w:rsidRDefault="00DE5C48">
            <w:pPr>
              <w:jc w:val="center"/>
            </w:pPr>
            <w:sdt>
              <w:sdtPr>
                <w:alias w:val="READY_5_COMPLETE"/>
                <w:tag w:val="READY_5_COMPLETE"/>
                <w:id w:val="1884763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010A8E49" w14:textId="77777777" w:rsidR="00790178" w:rsidRDefault="00DE5C48">
            <w:pPr>
              <w:jc w:val="center"/>
            </w:pPr>
            <w:sdt>
              <w:sdtPr>
                <w:alias w:val="READY_5_NA"/>
                <w:tag w:val="READY_5_NA"/>
                <w:id w:val="16550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0D0131D5" w14:textId="77777777" w:rsidR="00790178" w:rsidRDefault="00DE5C48">
            <w:sdt>
              <w:sdtPr>
                <w:alias w:val="READY_5_EVIDENCE"/>
                <w:tag w:val="READY_5_EVIDENCE"/>
                <w:id w:val="1693112089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5E74FBF1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3FE24E82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Permit, isolation, contractor or shared-duty-holder arrangements coordinated where </w:t>
            </w:r>
            <w:r>
              <w:rPr>
                <w:sz w:val="14"/>
              </w:rPr>
              <w:t>applicable</w:t>
            </w:r>
          </w:p>
        </w:tc>
        <w:tc>
          <w:tcPr>
            <w:tcW w:w="1093" w:type="dxa"/>
          </w:tcPr>
          <w:p w14:paraId="67EAABA1" w14:textId="77777777" w:rsidR="00790178" w:rsidRDefault="00DE5C48">
            <w:pPr>
              <w:jc w:val="center"/>
            </w:pPr>
            <w:sdt>
              <w:sdtPr>
                <w:alias w:val="READY_6_COMPLETE"/>
                <w:tag w:val="READY_6_COMPLETE"/>
                <w:id w:val="88091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30C722D8" w14:textId="77777777" w:rsidR="00790178" w:rsidRDefault="00DE5C48">
            <w:pPr>
              <w:jc w:val="center"/>
            </w:pPr>
            <w:sdt>
              <w:sdtPr>
                <w:alias w:val="READY_6_NA"/>
                <w:tag w:val="READY_6_NA"/>
                <w:id w:val="148058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62908CC3" w14:textId="77777777" w:rsidR="00790178" w:rsidRDefault="00DE5C48">
            <w:sdt>
              <w:sdtPr>
                <w:alias w:val="READY_6_EVIDENCE"/>
                <w:tag w:val="READY_6_EVIDENCE"/>
                <w:id w:val="532604253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  <w:tr w:rsidR="00790178" w14:paraId="25DCF688" w14:textId="77777777" w:rsidTr="009858F4">
        <w:trPr>
          <w:cantSplit/>
          <w:trHeight w:val="408"/>
          <w:jc w:val="center"/>
        </w:trPr>
        <w:tc>
          <w:tcPr>
            <w:tcW w:w="5756" w:type="dxa"/>
          </w:tcPr>
          <w:p w14:paraId="48F223FE" w14:textId="77777777" w:rsidR="00790178" w:rsidRDefault="00DE5C48">
            <w:pPr>
              <w:spacing w:after="0"/>
            </w:pPr>
            <w:r>
              <w:rPr>
                <w:sz w:val="14"/>
              </w:rPr>
              <w:t>Temporary change expiry, monitoring and reversion arrangements defined where applicable</w:t>
            </w:r>
          </w:p>
        </w:tc>
        <w:tc>
          <w:tcPr>
            <w:tcW w:w="1093" w:type="dxa"/>
          </w:tcPr>
          <w:p w14:paraId="0C5BA024" w14:textId="77777777" w:rsidR="00790178" w:rsidRDefault="00DE5C48">
            <w:pPr>
              <w:jc w:val="center"/>
            </w:pPr>
            <w:sdt>
              <w:sdtPr>
                <w:alias w:val="READY_7_COMPLETE"/>
                <w:tag w:val="READY_7_COMPLETE"/>
                <w:id w:val="151739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022" w:type="dxa"/>
          </w:tcPr>
          <w:p w14:paraId="321B48E4" w14:textId="77777777" w:rsidR="00790178" w:rsidRDefault="00DE5C48">
            <w:pPr>
              <w:jc w:val="center"/>
            </w:pPr>
            <w:sdt>
              <w:sdtPr>
                <w:alias w:val="READY_7_NA"/>
                <w:tag w:val="READY_7_NA"/>
                <w:id w:val="178938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2803" w:type="dxa"/>
          </w:tcPr>
          <w:p w14:paraId="5BC81510" w14:textId="77777777" w:rsidR="00790178" w:rsidRDefault="00DE5C48">
            <w:sdt>
              <w:sdtPr>
                <w:alias w:val="READY_7_EVIDENCE"/>
                <w:tag w:val="READY_7_EVIDENCE"/>
                <w:id w:val="1447592444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Enter reference</w:t>
                </w:r>
              </w:sdtContent>
            </w:sdt>
          </w:p>
        </w:tc>
      </w:tr>
    </w:tbl>
    <w:p w14:paraId="396F38C8" w14:textId="77777777" w:rsidR="00D81B64" w:rsidRDefault="00D81B64">
      <w:pPr>
        <w:spacing w:before="40"/>
        <w:rPr>
          <w:b/>
          <w:sz w:val="16"/>
        </w:rPr>
      </w:pPr>
    </w:p>
    <w:p w14:paraId="28EA9294" w14:textId="32928118" w:rsidR="00790178" w:rsidRDefault="00DE5C48">
      <w:pPr>
        <w:spacing w:before="40"/>
      </w:pPr>
      <w:r>
        <w:rPr>
          <w:b/>
          <w:sz w:val="16"/>
        </w:rPr>
        <w:t xml:space="preserve">Change Owner confirmation:  </w:t>
      </w:r>
      <w:sdt>
        <w:sdtPr>
          <w:alias w:val="READY_CONFIRM_YES"/>
          <w:tag w:val="READY_CONFIRM_YES"/>
          <w:id w:val="1860711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Ready to implement</w:t>
      </w:r>
      <w:r>
        <w:t xml:space="preserve">     </w:t>
      </w:r>
      <w:sdt>
        <w:sdtPr>
          <w:alias w:val="READY_CONFIRM_NO"/>
          <w:tag w:val="READY_CONFIRM_NO"/>
          <w:id w:val="87258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sz w:val="16"/>
        </w:rPr>
        <w:t xml:space="preserve"> Not ready to implement</w:t>
      </w:r>
    </w:p>
    <w:p w14:paraId="4A060311" w14:textId="77777777" w:rsidR="00790178" w:rsidRDefault="00DE5C48">
      <w:r>
        <w:rPr>
          <w:b/>
          <w:sz w:val="16"/>
        </w:rPr>
        <w:t xml:space="preserve">Name / approval record:  </w:t>
      </w:r>
      <w:sdt>
        <w:sdtPr>
          <w:alias w:val="READY_NAME"/>
          <w:tag w:val="READY_NAME"/>
          <w:id w:val="1794712797"/>
          <w:showingPlcHdr/>
          <w:text/>
        </w:sdtPr>
        <w:sdtEndPr/>
        <w:sdtContent>
          <w:r>
            <w:rPr>
              <w:i/>
              <w:color w:val="808080"/>
            </w:rPr>
            <w:t>Click or tap to enter</w:t>
          </w:r>
        </w:sdtContent>
      </w:sdt>
      <w:r>
        <w:t xml:space="preserve">     Date: </w:t>
      </w:r>
      <w:sdt>
        <w:sdtPr>
          <w:alias w:val="READY_DATE"/>
          <w:tag w:val="READY_DATE"/>
          <w:id w:val="1447190751"/>
          <w:showingPlcHdr/>
          <w:text/>
        </w:sdtPr>
        <w:sdtEndPr/>
        <w:sdtContent>
          <w:r>
            <w:rPr>
              <w:i/>
              <w:color w:val="808080"/>
            </w:rPr>
            <w:t>Click or tap to enter date</w:t>
          </w:r>
        </w:sdtContent>
      </w:sdt>
    </w:p>
    <w:p w14:paraId="07E08FCA" w14:textId="32FAD625" w:rsidR="00790178" w:rsidRDefault="00DE5C48" w:rsidP="009858F4">
      <w:r>
        <w:br w:type="page"/>
      </w:r>
      <w:r>
        <w:rPr>
          <w:b/>
          <w:color w:val="FFFFFF"/>
          <w:sz w:val="18"/>
        </w:rPr>
        <w:lastRenderedPageBreak/>
        <w:t>OST-IMPLEMENTATION REVIEW AND CLOSE-OUT</w:t>
      </w:r>
    </w:p>
    <w:tbl>
      <w:tblPr>
        <w:tblW w:w="10505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285"/>
        <w:gridCol w:w="1462"/>
        <w:gridCol w:w="3222"/>
      </w:tblGrid>
      <w:tr w:rsidR="00790178" w14:paraId="0A7D690B" w14:textId="77777777" w:rsidTr="00A526FA">
        <w:trPr>
          <w:tblHeader/>
          <w:jc w:val="center"/>
        </w:trPr>
        <w:tc>
          <w:tcPr>
            <w:tcW w:w="4536" w:type="dxa"/>
            <w:shd w:val="clear" w:color="auto" w:fill="565656"/>
          </w:tcPr>
          <w:p w14:paraId="4CF8E44A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Review item</w:t>
            </w:r>
          </w:p>
        </w:tc>
        <w:tc>
          <w:tcPr>
            <w:tcW w:w="1285" w:type="dxa"/>
            <w:shd w:val="clear" w:color="auto" w:fill="565656"/>
          </w:tcPr>
          <w:p w14:paraId="035AD5A9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w="1462" w:type="dxa"/>
            <w:shd w:val="clear" w:color="auto" w:fill="565656"/>
          </w:tcPr>
          <w:p w14:paraId="4EC361A7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 / action required</w:t>
            </w:r>
          </w:p>
        </w:tc>
        <w:tc>
          <w:tcPr>
            <w:tcW w:w="3222" w:type="dxa"/>
            <w:shd w:val="clear" w:color="auto" w:fill="565656"/>
          </w:tcPr>
          <w:p w14:paraId="3886126B" w14:textId="77777777" w:rsidR="00790178" w:rsidRDefault="00DE5C48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Details / evidence</w:t>
            </w:r>
          </w:p>
        </w:tc>
      </w:tr>
      <w:tr w:rsidR="00790178" w14:paraId="6D707314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08337A21" w14:textId="77777777" w:rsidR="00790178" w:rsidRDefault="00DE5C48">
            <w:pPr>
              <w:spacing w:after="0"/>
            </w:pPr>
            <w:r>
              <w:rPr>
                <w:sz w:val="14"/>
              </w:rPr>
              <w:t>Did the change achieve the intended outcome?</w:t>
            </w:r>
          </w:p>
        </w:tc>
        <w:tc>
          <w:tcPr>
            <w:tcW w:w="1285" w:type="dxa"/>
          </w:tcPr>
          <w:p w14:paraId="39E10121" w14:textId="77777777" w:rsidR="00790178" w:rsidRDefault="00DE5C48">
            <w:pPr>
              <w:jc w:val="center"/>
            </w:pPr>
            <w:sdt>
              <w:sdtPr>
                <w:alias w:val="REVIEW_1_YES"/>
                <w:tag w:val="REVIEW_1_YES"/>
                <w:id w:val="100735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07F53139" w14:textId="77777777" w:rsidR="00790178" w:rsidRDefault="00DE5C48">
            <w:pPr>
              <w:jc w:val="center"/>
            </w:pPr>
            <w:sdt>
              <w:sdtPr>
                <w:alias w:val="REVIEW_1_NO"/>
                <w:tag w:val="REVIEW_1_NO"/>
                <w:id w:val="139876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646E1033" w14:textId="77777777" w:rsidR="00790178" w:rsidRDefault="00DE5C48">
            <w:sdt>
              <w:sdtPr>
                <w:alias w:val="REVIEW_1_DETAIL"/>
                <w:tag w:val="REVIEW_1_DETAIL"/>
                <w:id w:val="765834583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5D819A2F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0DFBBE74" w14:textId="77777777" w:rsidR="00790178" w:rsidRDefault="00DE5C48">
            <w:pPr>
              <w:spacing w:after="0"/>
            </w:pPr>
            <w:r>
              <w:rPr>
                <w:sz w:val="14"/>
              </w:rPr>
              <w:t>Are required controls implemented and effective?</w:t>
            </w:r>
          </w:p>
        </w:tc>
        <w:tc>
          <w:tcPr>
            <w:tcW w:w="1285" w:type="dxa"/>
          </w:tcPr>
          <w:p w14:paraId="0DC6291B" w14:textId="77777777" w:rsidR="00790178" w:rsidRDefault="00DE5C48">
            <w:pPr>
              <w:jc w:val="center"/>
            </w:pPr>
            <w:sdt>
              <w:sdtPr>
                <w:alias w:val="REVIEW_2_YES"/>
                <w:tag w:val="REVIEW_2_YES"/>
                <w:id w:val="34850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0623B6CC" w14:textId="77777777" w:rsidR="00790178" w:rsidRDefault="00DE5C48">
            <w:pPr>
              <w:jc w:val="center"/>
            </w:pPr>
            <w:sdt>
              <w:sdtPr>
                <w:alias w:val="REVIEW_2_NO"/>
                <w:tag w:val="REVIEW_2_NO"/>
                <w:id w:val="193941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23285640" w14:textId="77777777" w:rsidR="00790178" w:rsidRDefault="00DE5C48">
            <w:sdt>
              <w:sdtPr>
                <w:alias w:val="REVIEW_2_DETAIL"/>
                <w:tag w:val="REVIEW_2_DETAIL"/>
                <w:id w:val="5336955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1C2F0667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5004DB1C" w14:textId="77777777" w:rsidR="00790178" w:rsidRDefault="00DE5C48">
            <w:pPr>
              <w:spacing w:after="0"/>
            </w:pPr>
            <w:r>
              <w:rPr>
                <w:sz w:val="14"/>
              </w:rPr>
              <w:t>Were any new or unintended hazards / consequences identified?</w:t>
            </w:r>
          </w:p>
        </w:tc>
        <w:tc>
          <w:tcPr>
            <w:tcW w:w="1285" w:type="dxa"/>
          </w:tcPr>
          <w:p w14:paraId="6556996F" w14:textId="77777777" w:rsidR="00790178" w:rsidRDefault="00DE5C48">
            <w:pPr>
              <w:jc w:val="center"/>
            </w:pPr>
            <w:sdt>
              <w:sdtPr>
                <w:alias w:val="REVIEW_3_YES"/>
                <w:tag w:val="REVIEW_3_YES"/>
                <w:id w:val="157481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4649367A" w14:textId="77777777" w:rsidR="00790178" w:rsidRDefault="00DE5C48">
            <w:pPr>
              <w:jc w:val="center"/>
            </w:pPr>
            <w:sdt>
              <w:sdtPr>
                <w:alias w:val="REVIEW_3_NO"/>
                <w:tag w:val="REVIEW_3_NO"/>
                <w:id w:val="7693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01BBC988" w14:textId="77777777" w:rsidR="00790178" w:rsidRDefault="00DE5C48">
            <w:sdt>
              <w:sdtPr>
                <w:alias w:val="REVIEW_3_DETAIL"/>
                <w:tag w:val="REVIEW_3_DETAIL"/>
                <w:id w:val="244442774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723FFDAD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53156666" w14:textId="77777777" w:rsidR="00790178" w:rsidRDefault="00DE5C48">
            <w:pPr>
              <w:spacing w:after="0"/>
            </w:pPr>
            <w:r>
              <w:rPr>
                <w:sz w:val="14"/>
              </w:rPr>
              <w:t xml:space="preserve">Has worker / stakeholder feedback </w:t>
            </w:r>
            <w:r>
              <w:rPr>
                <w:sz w:val="14"/>
              </w:rPr>
              <w:t>been considered?</w:t>
            </w:r>
          </w:p>
        </w:tc>
        <w:tc>
          <w:tcPr>
            <w:tcW w:w="1285" w:type="dxa"/>
          </w:tcPr>
          <w:p w14:paraId="770644BF" w14:textId="77777777" w:rsidR="00790178" w:rsidRDefault="00DE5C48">
            <w:pPr>
              <w:jc w:val="center"/>
            </w:pPr>
            <w:sdt>
              <w:sdtPr>
                <w:alias w:val="REVIEW_4_YES"/>
                <w:tag w:val="REVIEW_4_YES"/>
                <w:id w:val="45893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46885098" w14:textId="77777777" w:rsidR="00790178" w:rsidRDefault="00DE5C48">
            <w:pPr>
              <w:jc w:val="center"/>
            </w:pPr>
            <w:sdt>
              <w:sdtPr>
                <w:alias w:val="REVIEW_4_NO"/>
                <w:tag w:val="REVIEW_4_NO"/>
                <w:id w:val="150993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76889EC6" w14:textId="77777777" w:rsidR="00790178" w:rsidRDefault="00DE5C48">
            <w:sdt>
              <w:sdtPr>
                <w:alias w:val="REVIEW_4_DETAIL"/>
                <w:tag w:val="REVIEW_4_DETAIL"/>
                <w:id w:val="147315154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00A01BB6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1BF3B77B" w14:textId="77777777" w:rsidR="00790178" w:rsidRDefault="00DE5C48">
            <w:pPr>
              <w:spacing w:after="0"/>
            </w:pPr>
            <w:r>
              <w:rPr>
                <w:sz w:val="14"/>
              </w:rPr>
              <w:t>Are outstanding actions recorded and assigned?</w:t>
            </w:r>
          </w:p>
        </w:tc>
        <w:tc>
          <w:tcPr>
            <w:tcW w:w="1285" w:type="dxa"/>
          </w:tcPr>
          <w:p w14:paraId="6FD2B73B" w14:textId="77777777" w:rsidR="00790178" w:rsidRDefault="00DE5C48">
            <w:pPr>
              <w:jc w:val="center"/>
            </w:pPr>
            <w:sdt>
              <w:sdtPr>
                <w:alias w:val="REVIEW_5_YES"/>
                <w:tag w:val="REVIEW_5_YES"/>
                <w:id w:val="128729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01CC5291" w14:textId="77777777" w:rsidR="00790178" w:rsidRDefault="00DE5C48">
            <w:pPr>
              <w:jc w:val="center"/>
            </w:pPr>
            <w:sdt>
              <w:sdtPr>
                <w:alias w:val="REVIEW_5_NO"/>
                <w:tag w:val="REVIEW_5_NO"/>
                <w:id w:val="6592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1688292B" w14:textId="77777777" w:rsidR="00790178" w:rsidRDefault="00DE5C48">
            <w:sdt>
              <w:sdtPr>
                <w:alias w:val="REVIEW_5_DETAIL"/>
                <w:tag w:val="REVIEW_5_DETAIL"/>
                <w:id w:val="170878094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36E669BA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1953CB5E" w14:textId="77777777" w:rsidR="00790178" w:rsidRDefault="00DE5C48">
            <w:pPr>
              <w:spacing w:after="0"/>
            </w:pPr>
            <w:r>
              <w:rPr>
                <w:sz w:val="14"/>
              </w:rPr>
              <w:t>Have risk assessments / risk registers / procedures been updated where required?</w:t>
            </w:r>
          </w:p>
        </w:tc>
        <w:tc>
          <w:tcPr>
            <w:tcW w:w="1285" w:type="dxa"/>
          </w:tcPr>
          <w:p w14:paraId="3EAD9C1B" w14:textId="77777777" w:rsidR="00790178" w:rsidRDefault="00DE5C48">
            <w:pPr>
              <w:jc w:val="center"/>
            </w:pPr>
            <w:sdt>
              <w:sdtPr>
                <w:alias w:val="REVIEW_6_YES"/>
                <w:tag w:val="REVIEW_6_YES"/>
                <w:id w:val="101145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254A9DAD" w14:textId="77777777" w:rsidR="00790178" w:rsidRDefault="00DE5C48">
            <w:pPr>
              <w:jc w:val="center"/>
            </w:pPr>
            <w:sdt>
              <w:sdtPr>
                <w:alias w:val="REVIEW_6_NO"/>
                <w:tag w:val="REVIEW_6_NO"/>
                <w:id w:val="13509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3A8FBA2F" w14:textId="77777777" w:rsidR="00790178" w:rsidRDefault="00DE5C48">
            <w:sdt>
              <w:sdtPr>
                <w:alias w:val="REVIEW_6_DETAIL"/>
                <w:tag w:val="REVIEW_6_DETAIL"/>
                <w:id w:val="321252058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 xml:space="preserve">Enter details / </w:t>
                </w:r>
                <w:r>
                  <w:rPr>
                    <w:i/>
                    <w:color w:val="808080"/>
                  </w:rPr>
                  <w:t>evidence</w:t>
                </w:r>
              </w:sdtContent>
            </w:sdt>
          </w:p>
        </w:tc>
      </w:tr>
      <w:tr w:rsidR="00790178" w14:paraId="66C9E41A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4072D771" w14:textId="77777777" w:rsidR="00790178" w:rsidRDefault="00DE5C48">
            <w:pPr>
              <w:spacing w:after="0"/>
            </w:pPr>
            <w:r>
              <w:rPr>
                <w:sz w:val="14"/>
              </w:rPr>
              <w:t>For a temporary change: has it been removed, reverted, extended or made permanent under approval?</w:t>
            </w:r>
          </w:p>
        </w:tc>
        <w:tc>
          <w:tcPr>
            <w:tcW w:w="1285" w:type="dxa"/>
          </w:tcPr>
          <w:p w14:paraId="10BFDFD9" w14:textId="77777777" w:rsidR="00790178" w:rsidRDefault="00DE5C48">
            <w:pPr>
              <w:jc w:val="center"/>
            </w:pPr>
            <w:sdt>
              <w:sdtPr>
                <w:alias w:val="REVIEW_7_YES"/>
                <w:tag w:val="REVIEW_7_YES"/>
                <w:id w:val="1112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2BFB3A7C" w14:textId="77777777" w:rsidR="00790178" w:rsidRDefault="00DE5C48">
            <w:pPr>
              <w:jc w:val="center"/>
            </w:pPr>
            <w:sdt>
              <w:sdtPr>
                <w:alias w:val="REVIEW_7_NO"/>
                <w:tag w:val="REVIEW_7_NO"/>
                <w:id w:val="17779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5FFF78CB" w14:textId="77777777" w:rsidR="00790178" w:rsidRDefault="00DE5C48">
            <w:sdt>
              <w:sdtPr>
                <w:alias w:val="REVIEW_7_DETAIL"/>
                <w:tag w:val="REVIEW_7_DETAIL"/>
                <w:id w:val="1767072745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  <w:tr w:rsidR="00790178" w14:paraId="11ACFDBC" w14:textId="77777777" w:rsidTr="00A526FA">
        <w:trPr>
          <w:cantSplit/>
          <w:trHeight w:val="510"/>
          <w:jc w:val="center"/>
        </w:trPr>
        <w:tc>
          <w:tcPr>
            <w:tcW w:w="4536" w:type="dxa"/>
          </w:tcPr>
          <w:p w14:paraId="6A40A9E9" w14:textId="77777777" w:rsidR="00790178" w:rsidRDefault="00DE5C48">
            <w:pPr>
              <w:spacing w:after="0"/>
            </w:pPr>
            <w:r>
              <w:rPr>
                <w:sz w:val="14"/>
              </w:rPr>
              <w:t>Is the change ready for formal close-out?</w:t>
            </w:r>
          </w:p>
        </w:tc>
        <w:tc>
          <w:tcPr>
            <w:tcW w:w="1285" w:type="dxa"/>
          </w:tcPr>
          <w:p w14:paraId="4DC34222" w14:textId="77777777" w:rsidR="00790178" w:rsidRDefault="00DE5C48">
            <w:pPr>
              <w:jc w:val="center"/>
            </w:pPr>
            <w:sdt>
              <w:sdtPr>
                <w:alias w:val="REVIEW_8_YES"/>
                <w:tag w:val="REVIEW_8_YES"/>
                <w:id w:val="107390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1462" w:type="dxa"/>
          </w:tcPr>
          <w:p w14:paraId="56CD012B" w14:textId="77777777" w:rsidR="00790178" w:rsidRDefault="00DE5C48">
            <w:pPr>
              <w:jc w:val="center"/>
            </w:pPr>
            <w:sdt>
              <w:sdtPr>
                <w:alias w:val="REVIEW_8_NO"/>
                <w:tag w:val="REVIEW_8_NO"/>
                <w:id w:val="149796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</w:p>
        </w:tc>
        <w:tc>
          <w:tcPr>
            <w:tcW w:w="3222" w:type="dxa"/>
          </w:tcPr>
          <w:p w14:paraId="11B2C144" w14:textId="77777777" w:rsidR="00790178" w:rsidRDefault="00DE5C48">
            <w:sdt>
              <w:sdtPr>
                <w:alias w:val="REVIEW_8_DETAIL"/>
                <w:tag w:val="REVIEW_8_DETAIL"/>
                <w:id w:val="243259788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Enter details / evidence</w:t>
                </w:r>
              </w:sdtContent>
            </w:sdt>
          </w:p>
        </w:tc>
      </w:tr>
    </w:tbl>
    <w:p w14:paraId="348ED955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11. CLOSE-OUT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881"/>
      </w:tblGrid>
      <w:tr w:rsidR="00790178" w14:paraId="05E51448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46905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 xml:space="preserve">Review </w:t>
            </w:r>
            <w:r>
              <w:rPr>
                <w:b/>
                <w:sz w:val="15"/>
              </w:rPr>
              <w:t>date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DC82B" w14:textId="77777777" w:rsidR="00790178" w:rsidRDefault="00DE5C48">
            <w:sdt>
              <w:sdtPr>
                <w:alias w:val="REVIEW_DATE"/>
                <w:tag w:val="REVIEW_DATE"/>
                <w:id w:val="1321666140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28AD65B8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7CEE5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Outstanding / additional actions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D8FEA3" w14:textId="77777777" w:rsidR="00790178" w:rsidRDefault="00DE5C48">
            <w:sdt>
              <w:sdtPr>
                <w:alias w:val="OUTSTANDING_ACTIONS"/>
                <w:tag w:val="OUTSTANDING_ACTIONS"/>
                <w:id w:val="599754240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5ECD726B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407A8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Close-out outcome / comments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67A45" w14:textId="77777777" w:rsidR="00790178" w:rsidRDefault="00DE5C48">
            <w:sdt>
              <w:sdtPr>
                <w:alias w:val="CLOSEOUT_COMMENTS"/>
                <w:tag w:val="CLOSEOUT_COMMENTS"/>
                <w:id w:val="294991071"/>
                <w:showingPlcHdr/>
                <w:text w:multiLine="1"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2E191D86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AB6C69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Change Owner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6A9D15" w14:textId="77777777" w:rsidR="00790178" w:rsidRDefault="00DE5C48">
            <w:sdt>
              <w:sdtPr>
                <w:alias w:val="CLOSEOUT_OWNER"/>
                <w:tag w:val="CLOSEOUT_OWNER"/>
                <w:id w:val="766077508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04F42EED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E70EE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Approval / signature reference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F065F" w14:textId="77777777" w:rsidR="00790178" w:rsidRDefault="00DE5C48">
            <w:sdt>
              <w:sdtPr>
                <w:alias w:val="CLOSEOUT_APPROVAL"/>
                <w:tag w:val="CLOSEOUT_APPROVAL"/>
                <w:id w:val="1833463402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  <w:tr w:rsidR="00790178" w14:paraId="2345475E" w14:textId="77777777">
        <w:trPr>
          <w:cantSplit/>
          <w:trHeight w:val="408"/>
          <w:jc w:val="center"/>
        </w:trPr>
        <w:tc>
          <w:tcPr>
            <w:tcW w:w="2835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B8E75B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Close-out date</w:t>
            </w:r>
          </w:p>
        </w:tc>
        <w:tc>
          <w:tcPr>
            <w:tcW w:w="78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905CD0" w14:textId="77777777" w:rsidR="00790178" w:rsidRDefault="00DE5C48">
            <w:sdt>
              <w:sdtPr>
                <w:alias w:val="CLOSEOUT_DATE"/>
                <w:tag w:val="CLOSEOUT_DATE"/>
                <w:id w:val="502581343"/>
                <w:showingPlcHdr/>
                <w:text/>
              </w:sdtPr>
              <w:sdtEndPr/>
              <w:sdtContent>
                <w:r>
                  <w:rPr>
                    <w:i/>
                    <w:color w:val="808080"/>
                  </w:rPr>
                  <w:t>Click or tap to enter</w:t>
                </w:r>
              </w:sdtContent>
            </w:sdt>
          </w:p>
        </w:tc>
      </w:tr>
    </w:tbl>
    <w:p w14:paraId="33CFB6A5" w14:textId="77777777" w:rsidR="00790178" w:rsidRDefault="00DE5C48">
      <w:pPr>
        <w:shd w:val="clear" w:color="auto" w:fill="565656"/>
        <w:spacing w:before="60" w:after="40"/>
      </w:pPr>
      <w:r>
        <w:rPr>
          <w:b/>
          <w:color w:val="FFFFFF"/>
          <w:sz w:val="18"/>
        </w:rPr>
        <w:t>DOCUMENT CONTROL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8278"/>
      </w:tblGrid>
      <w:tr w:rsidR="00790178" w14:paraId="5E8E5EC8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E9515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Document number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CA28DC" w14:textId="77777777" w:rsidR="00790178" w:rsidRDefault="00DE5C48">
            <w:pPr>
              <w:spacing w:after="0"/>
            </w:pPr>
            <w:r>
              <w:rPr>
                <w:sz w:val="15"/>
              </w:rPr>
              <w:t>WHSMP10-FOR-01</w:t>
            </w:r>
          </w:p>
        </w:tc>
      </w:tr>
      <w:tr w:rsidR="00790178" w14:paraId="61C751FE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D6F6DA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Document title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C8B4A7" w14:textId="77777777" w:rsidR="00790178" w:rsidRDefault="00DE5C48">
            <w:pPr>
              <w:spacing w:after="0"/>
            </w:pPr>
            <w:r>
              <w:rPr>
                <w:sz w:val="15"/>
              </w:rPr>
              <w:t>Change Management Assessment and Approval Form</w:t>
            </w:r>
          </w:p>
        </w:tc>
      </w:tr>
      <w:tr w:rsidR="00790178" w14:paraId="4D6586A3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1699F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Status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DC543" w14:textId="77777777" w:rsidR="00790178" w:rsidRDefault="00DE5C48">
            <w:pPr>
              <w:spacing w:after="0"/>
            </w:pPr>
            <w:r>
              <w:rPr>
                <w:sz w:val="15"/>
              </w:rPr>
              <w:t>Working Draft v4 - fillable form</w:t>
            </w:r>
          </w:p>
        </w:tc>
      </w:tr>
      <w:tr w:rsidR="00790178" w14:paraId="5A1374BE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AF940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Source / replaces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68E484" w14:textId="77777777" w:rsidR="00790178" w:rsidRDefault="00DE5C48">
            <w:pPr>
              <w:spacing w:after="0"/>
            </w:pPr>
            <w:r>
              <w:rPr>
                <w:sz w:val="15"/>
              </w:rPr>
              <w:t>Legacy GRP-HSEQ-F082 Change Management Form</w:t>
            </w:r>
          </w:p>
        </w:tc>
      </w:tr>
      <w:tr w:rsidR="00790178" w14:paraId="38B9BDBA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2803B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Associated procedure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E1DCB" w14:textId="77777777" w:rsidR="00790178" w:rsidRDefault="00DE5C48">
            <w:pPr>
              <w:spacing w:after="0"/>
            </w:pPr>
            <w:r>
              <w:rPr>
                <w:sz w:val="15"/>
              </w:rPr>
              <w:t>WHSMP10: Management of Change</w:t>
            </w:r>
          </w:p>
        </w:tc>
      </w:tr>
      <w:tr w:rsidR="00790178" w14:paraId="02C2F6E9" w14:textId="77777777">
        <w:trPr>
          <w:cantSplit/>
          <w:trHeight w:val="317"/>
          <w:jc w:val="center"/>
        </w:trPr>
        <w:tc>
          <w:tcPr>
            <w:tcW w:w="24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05F43" w14:textId="77777777" w:rsidR="00790178" w:rsidRDefault="00DE5C48">
            <w:pPr>
              <w:spacing w:after="0"/>
            </w:pPr>
            <w:r>
              <w:rPr>
                <w:b/>
                <w:sz w:val="15"/>
              </w:rPr>
              <w:t>Industrial interface</w:t>
            </w:r>
          </w:p>
        </w:tc>
        <w:tc>
          <w:tcPr>
            <w:tcW w:w="82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436D40" w14:textId="77777777" w:rsidR="00790178" w:rsidRDefault="00DE5C48">
            <w:pPr>
              <w:spacing w:after="0"/>
            </w:pPr>
            <w:r>
              <w:rPr>
                <w:sz w:val="15"/>
              </w:rPr>
              <w:t>Southern Cross University Enterprise Agreement 2024 (where applicable)</w:t>
            </w:r>
          </w:p>
        </w:tc>
      </w:tr>
    </w:tbl>
    <w:p w14:paraId="51034FA0" w14:textId="77777777" w:rsidR="00DE5C48" w:rsidRDefault="00DE5C48"/>
    <w:sectPr w:rsidR="00DE5C48" w:rsidSect="00034616">
      <w:headerReference w:type="default" r:id="rId8"/>
      <w:footerReference w:type="default" r:id="rId9"/>
      <w:pgSz w:w="11906" w:h="16838"/>
      <w:pgMar w:top="454" w:right="510" w:bottom="624" w:left="510" w:header="198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E555E" w14:textId="77777777" w:rsidR="00DE5C48" w:rsidRDefault="00DE5C48">
      <w:pPr>
        <w:spacing w:after="0" w:line="240" w:lineRule="auto"/>
      </w:pPr>
      <w:r>
        <w:separator/>
      </w:r>
    </w:p>
  </w:endnote>
  <w:endnote w:type="continuationSeparator" w:id="0">
    <w:p w14:paraId="662730A0" w14:textId="77777777" w:rsidR="00DE5C48" w:rsidRDefault="00DE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2A1D" w14:textId="77777777" w:rsidR="00790178" w:rsidRDefault="00DE5C48">
    <w:pPr>
      <w:pStyle w:val="Footer"/>
    </w:pPr>
    <w:r>
      <w:rPr>
        <w:color w:val="828282"/>
        <w:sz w:val="13"/>
      </w:rPr>
      <w:t>WHSMP10-FOR-01  |  Working Draft v4  |  UNCONTROLLED WHEN PRINTED</w:t>
    </w:r>
  </w:p>
  <w:p w14:paraId="16E185C3" w14:textId="53C83084" w:rsidR="00790178" w:rsidRDefault="00DE5C48">
    <w:pPr>
      <w:spacing w:after="0"/>
      <w:jc w:val="right"/>
    </w:pPr>
    <w:r>
      <w:rPr>
        <w:color w:val="828282"/>
        <w:sz w:val="13"/>
      </w:rPr>
      <w:t xml:space="preserve">Use with WHSMP10: </w:t>
    </w:r>
    <w:r>
      <w:rPr>
        <w:color w:val="828282"/>
        <w:sz w:val="13"/>
      </w:rPr>
      <w:t>Management of Change and WHSMP02: Hazard Identification, Risk and Opportunity Management.</w:t>
    </w:r>
    <w:r>
      <w:rPr>
        <w:sz w:val="14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D463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253E1" w14:textId="77777777" w:rsidR="00DE5C48" w:rsidRDefault="00DE5C48">
      <w:pPr>
        <w:spacing w:after="0" w:line="240" w:lineRule="auto"/>
      </w:pPr>
      <w:r>
        <w:separator/>
      </w:r>
    </w:p>
  </w:footnote>
  <w:footnote w:type="continuationSeparator" w:id="0">
    <w:p w14:paraId="242C0522" w14:textId="77777777" w:rsidR="00DE5C48" w:rsidRDefault="00DE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36792" w14:textId="77777777" w:rsidR="00790178" w:rsidRDefault="00DE5C48">
    <w:pPr>
      <w:pStyle w:val="Header"/>
      <w:jc w:val="right"/>
    </w:pPr>
    <w:r>
      <w:rPr>
        <w:noProof/>
      </w:rPr>
      <w:drawing>
        <wp:inline distT="0" distB="0" distL="0" distR="0" wp14:anchorId="757BC96A" wp14:editId="28EAD4D4">
          <wp:extent cx="1044000" cy="33237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_logo_from_pd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332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KwtDQ2szQzMzc2sLRQ0lEKTi0uzszPAykwrAUAwGUzxCwAAAA="/>
  </w:docVars>
  <w:rsids>
    <w:rsidRoot w:val="00B47730"/>
    <w:rsid w:val="00034616"/>
    <w:rsid w:val="0006063C"/>
    <w:rsid w:val="0015074B"/>
    <w:rsid w:val="0029639D"/>
    <w:rsid w:val="002C2C65"/>
    <w:rsid w:val="00326F90"/>
    <w:rsid w:val="00790178"/>
    <w:rsid w:val="009858F4"/>
    <w:rsid w:val="00A526FA"/>
    <w:rsid w:val="00AA1D8D"/>
    <w:rsid w:val="00B47730"/>
    <w:rsid w:val="00CB0664"/>
    <w:rsid w:val="00D46332"/>
    <w:rsid w:val="00D81B64"/>
    <w:rsid w:val="00DE5C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A7D439F-C512-4F2C-85BC-3E6DDB64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a99c85b590f7a2ccec8810e0b781945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1fbe2eb055d35186c71ca52ce2f6377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ED842B-4209-458F-83B4-F4E9099F386E}"/>
</file>

<file path=customXml/itemProps3.xml><?xml version="1.0" encoding="utf-8"?>
<ds:datastoreItem xmlns:ds="http://schemas.openxmlformats.org/officeDocument/2006/customXml" ds:itemID="{ADA17C1D-0608-4D12-B786-7C8734645BBD}"/>
</file>

<file path=customXml/itemProps4.xml><?xml version="1.0" encoding="utf-8"?>
<ds:datastoreItem xmlns:ds="http://schemas.openxmlformats.org/officeDocument/2006/customXml" ds:itemID="{DAFC165F-CC62-4AA9-8246-AD1C3267BF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Shaun Brown</cp:lastModifiedBy>
  <cp:revision>6</cp:revision>
  <dcterms:created xsi:type="dcterms:W3CDTF">2013-12-23T23:15:00Z</dcterms:created>
  <dcterms:modified xsi:type="dcterms:W3CDTF">2026-08-25T02:47:00Z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0x010100D2021091776A7B4FAAE3BB4B604D759A</vt:lpwstr>
  </property>
</Properties>
</file>